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4" w:type="dxa"/>
        <w:tblLook w:val="04A0" w:firstRow="1" w:lastRow="0" w:firstColumn="1" w:lastColumn="0" w:noHBand="0" w:noVBand="1"/>
      </w:tblPr>
      <w:tblGrid>
        <w:gridCol w:w="9074"/>
      </w:tblGrid>
      <w:tr w:rsidR="002B2C5F" w14:paraId="477246C3" w14:textId="77777777" w:rsidTr="00A26617">
        <w:trPr>
          <w:trHeight w:val="714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1542" w14:textId="77777777" w:rsidR="002B2C5F" w:rsidRPr="00A26617" w:rsidRDefault="00000000">
            <w:pPr>
              <w:rPr>
                <w:rFonts w:ascii="Aptos" w:hAnsi="Aptos"/>
                <w:sz w:val="36"/>
                <w:szCs w:val="36"/>
              </w:rPr>
            </w:pPr>
            <w:r w:rsidRPr="00A26617">
              <w:rPr>
                <w:rFonts w:ascii="Aptos" w:hAnsi="Aptos"/>
                <w:b/>
                <w:sz w:val="36"/>
                <w:szCs w:val="36"/>
              </w:rPr>
              <w:t>Perfil de Uma Página: Sara Poole</w:t>
            </w:r>
          </w:p>
        </w:tc>
      </w:tr>
      <w:tr w:rsidR="002B2C5F" w14:paraId="6B458511" w14:textId="77777777" w:rsidTr="00A26617">
        <w:trPr>
          <w:trHeight w:val="698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31D" w14:textId="77777777" w:rsidR="002B2C5F" w:rsidRPr="00A26617" w:rsidRDefault="00000000">
            <w:pPr>
              <w:rPr>
                <w:rFonts w:ascii="Aptos" w:hAnsi="Aptos"/>
                <w:sz w:val="36"/>
                <w:szCs w:val="36"/>
              </w:rPr>
            </w:pPr>
            <w:r w:rsidRPr="00A26617">
              <w:rPr>
                <w:rFonts w:ascii="Aptos" w:hAnsi="Aptos"/>
                <w:sz w:val="36"/>
                <w:szCs w:val="36"/>
              </w:rPr>
              <w:t>Cargo: Diretora Adjunta da Escola Virtual</w:t>
            </w:r>
          </w:p>
        </w:tc>
      </w:tr>
      <w:tr w:rsidR="002B2C5F" w14:paraId="03CBC0F5" w14:textId="77777777" w:rsidTr="00A26617">
        <w:trPr>
          <w:trHeight w:val="714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CC98" w14:textId="77777777" w:rsidR="002B2C5F" w:rsidRPr="00A26617" w:rsidRDefault="00000000">
            <w:pPr>
              <w:rPr>
                <w:rFonts w:ascii="Aptos" w:hAnsi="Aptos"/>
                <w:sz w:val="36"/>
                <w:szCs w:val="36"/>
              </w:rPr>
            </w:pPr>
            <w:r w:rsidRPr="00A26617">
              <w:rPr>
                <w:rFonts w:ascii="Aptos" w:hAnsi="Aptos"/>
                <w:sz w:val="36"/>
                <w:szCs w:val="36"/>
              </w:rPr>
              <w:t>O que é importante para mim:</w:t>
            </w:r>
          </w:p>
        </w:tc>
      </w:tr>
      <w:tr w:rsidR="002B2C5F" w14:paraId="7ADE92F6" w14:textId="77777777" w:rsidTr="00A26617">
        <w:trPr>
          <w:trHeight w:val="3266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366" w14:textId="77777777" w:rsidR="002B2C5F" w:rsidRPr="00A26617" w:rsidRDefault="00000000">
            <w:pPr>
              <w:rPr>
                <w:rFonts w:ascii="Aptos" w:hAnsi="Aptos"/>
                <w:sz w:val="36"/>
                <w:szCs w:val="36"/>
              </w:rPr>
            </w:pPr>
            <w:r w:rsidRPr="00A26617">
              <w:rPr>
                <w:rFonts w:ascii="Aptos" w:hAnsi="Aptos"/>
                <w:sz w:val="36"/>
                <w:szCs w:val="36"/>
              </w:rPr>
              <w:t>Minha família e meus amigos.</w:t>
            </w:r>
            <w:r w:rsidRPr="00A26617">
              <w:rPr>
                <w:rFonts w:ascii="Aptos" w:hAnsi="Aptos"/>
                <w:sz w:val="36"/>
                <w:szCs w:val="36"/>
              </w:rPr>
              <w:br/>
              <w:t>Meu cachorro de estimação, Bear, que é um verdadeiro bebê grandão.</w:t>
            </w:r>
            <w:r w:rsidRPr="00A26617">
              <w:rPr>
                <w:rFonts w:ascii="Aptos" w:hAnsi="Aptos"/>
                <w:sz w:val="36"/>
                <w:szCs w:val="36"/>
              </w:rPr>
              <w:br/>
              <w:t>Ter tempo para correr, nadar ou andar de bicicleta.</w:t>
            </w:r>
            <w:r w:rsidRPr="00A26617">
              <w:rPr>
                <w:rFonts w:ascii="Aptos" w:hAnsi="Aptos"/>
                <w:sz w:val="36"/>
                <w:szCs w:val="36"/>
              </w:rPr>
              <w:br/>
              <w:t>Boa comida! (Por isso preciso correr, nadar ou andar de bicicleta.)</w:t>
            </w:r>
          </w:p>
        </w:tc>
      </w:tr>
      <w:tr w:rsidR="002B2C5F" w14:paraId="1CC67022" w14:textId="77777777" w:rsidTr="00A26617">
        <w:trPr>
          <w:trHeight w:val="6335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EF70" w14:textId="77777777" w:rsidR="002B2C5F" w:rsidRPr="00A26617" w:rsidRDefault="00000000">
            <w:pPr>
              <w:rPr>
                <w:rFonts w:ascii="Aptos" w:hAnsi="Aptos"/>
                <w:sz w:val="36"/>
                <w:szCs w:val="36"/>
              </w:rPr>
            </w:pPr>
            <w:r w:rsidRPr="00A26617">
              <w:rPr>
                <w:rFonts w:ascii="Aptos" w:hAnsi="Aptos"/>
                <w:sz w:val="36"/>
                <w:szCs w:val="36"/>
              </w:rPr>
              <w:t>Como espero que possamos trabalhar juntos:</w:t>
            </w:r>
            <w:r w:rsidRPr="00A26617">
              <w:rPr>
                <w:rFonts w:ascii="Aptos" w:hAnsi="Aptos"/>
                <w:sz w:val="36"/>
                <w:szCs w:val="36"/>
              </w:rPr>
              <w:br/>
            </w:r>
            <w:r w:rsidRPr="00A26617">
              <w:rPr>
                <w:rFonts w:ascii="Aptos" w:hAnsi="Aptos"/>
                <w:sz w:val="36"/>
                <w:szCs w:val="36"/>
              </w:rPr>
              <w:br/>
              <w:t xml:space="preserve">Trabalho na área da educação há 30 anos e tenho uma grande paixão por apoiar e defender crianças e jovens. Vou sempre trabalhar com dedicação e fazer o meu melhor para melhorar as coisas para você na escola ou faculdade. Vou ouvir você, ser honesta e respeitosa. Vou trabalhar com outros adultos para oferecer a melhor formação possível, ajudando-os </w:t>
            </w:r>
            <w:proofErr w:type="gramStart"/>
            <w:r w:rsidRPr="00A26617">
              <w:rPr>
                <w:rFonts w:ascii="Aptos" w:hAnsi="Aptos"/>
                <w:sz w:val="36"/>
                <w:szCs w:val="36"/>
              </w:rPr>
              <w:t>a</w:t>
            </w:r>
            <w:proofErr w:type="gramEnd"/>
            <w:r w:rsidRPr="00A26617">
              <w:rPr>
                <w:rFonts w:ascii="Aptos" w:hAnsi="Aptos"/>
                <w:sz w:val="36"/>
                <w:szCs w:val="36"/>
              </w:rPr>
              <w:t xml:space="preserve"> apoiar você da melhor forma. Vou apoiar você </w:t>
            </w:r>
            <w:proofErr w:type="gramStart"/>
            <w:r w:rsidRPr="00A26617">
              <w:rPr>
                <w:rFonts w:ascii="Aptos" w:hAnsi="Aptos"/>
                <w:sz w:val="36"/>
                <w:szCs w:val="36"/>
              </w:rPr>
              <w:t>a</w:t>
            </w:r>
            <w:proofErr w:type="gramEnd"/>
            <w:r w:rsidRPr="00A26617">
              <w:rPr>
                <w:rFonts w:ascii="Aptos" w:hAnsi="Aptos"/>
                <w:sz w:val="36"/>
                <w:szCs w:val="36"/>
              </w:rPr>
              <w:t xml:space="preserve"> alcançar suas ambições e incentivar você a sonhar alto.</w:t>
            </w:r>
          </w:p>
        </w:tc>
      </w:tr>
    </w:tbl>
    <w:p w14:paraId="03C89708" w14:textId="77777777" w:rsidR="00C577CB" w:rsidRDefault="00C577CB"/>
    <w:sectPr w:rsidR="00C577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8668880">
    <w:abstractNumId w:val="8"/>
  </w:num>
  <w:num w:numId="2" w16cid:durableId="871697663">
    <w:abstractNumId w:val="6"/>
  </w:num>
  <w:num w:numId="3" w16cid:durableId="2132087859">
    <w:abstractNumId w:val="5"/>
  </w:num>
  <w:num w:numId="4" w16cid:durableId="1236167398">
    <w:abstractNumId w:val="4"/>
  </w:num>
  <w:num w:numId="5" w16cid:durableId="1969432297">
    <w:abstractNumId w:val="7"/>
  </w:num>
  <w:num w:numId="6" w16cid:durableId="742409671">
    <w:abstractNumId w:val="3"/>
  </w:num>
  <w:num w:numId="7" w16cid:durableId="895242213">
    <w:abstractNumId w:val="2"/>
  </w:num>
  <w:num w:numId="8" w16cid:durableId="409548284">
    <w:abstractNumId w:val="1"/>
  </w:num>
  <w:num w:numId="9" w16cid:durableId="162419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2C5F"/>
    <w:rsid w:val="00326F90"/>
    <w:rsid w:val="007C2FC0"/>
    <w:rsid w:val="009351A8"/>
    <w:rsid w:val="00A26617"/>
    <w:rsid w:val="00AA1D8D"/>
    <w:rsid w:val="00B47730"/>
    <w:rsid w:val="00C577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515BA"/>
  <w14:defaultImageDpi w14:val="300"/>
  <w15:docId w15:val="{8CC55B1D-148E-4500-8303-5AD65F3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C0CF9C-64AD-4749-A29F-7E03DFE55063}"/>
</file>

<file path=customXml/itemProps3.xml><?xml version="1.0" encoding="utf-8"?>
<ds:datastoreItem xmlns:ds="http://schemas.openxmlformats.org/officeDocument/2006/customXml" ds:itemID="{25EE9303-EAC1-44C6-8B11-0CDB1EF6D1FD}"/>
</file>

<file path=customXml/itemProps4.xml><?xml version="1.0" encoding="utf-8"?>
<ds:datastoreItem xmlns:ds="http://schemas.openxmlformats.org/officeDocument/2006/customXml" ds:itemID="{CE898DCE-73F6-4C1A-9A5E-2178EC21B7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RAVINDIRAN, Kalpana</dc:creator>
  <cp:keywords/>
  <dc:description>generated by python-docx</dc:description>
  <cp:lastModifiedBy>RAVINDIRAN, Kalpana</cp:lastModifiedBy>
  <cp:revision>3</cp:revision>
  <dcterms:created xsi:type="dcterms:W3CDTF">2026-07-17T08:40:00Z</dcterms:created>
  <dcterms:modified xsi:type="dcterms:W3CDTF">2026-07-17T08:51:00Z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