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81" w:type="dxa"/>
        <w:tblLook w:val="04A0" w:firstRow="1" w:lastRow="0" w:firstColumn="1" w:lastColumn="0" w:noHBand="0" w:noVBand="1"/>
      </w:tblPr>
      <w:tblGrid>
        <w:gridCol w:w="8981"/>
      </w:tblGrid>
      <w:tr w:rsidR="001D372C" w14:paraId="0D78D941" w14:textId="77777777" w:rsidTr="00ED4C8B">
        <w:trPr>
          <w:trHeight w:val="705"/>
        </w:trPr>
        <w:tc>
          <w:tcPr>
            <w:tcW w:w="8981" w:type="dxa"/>
            <w:tcBorders>
              <w:top w:val="single" w:sz="4" w:space="0" w:color="auto"/>
              <w:left w:val="single" w:sz="4" w:space="0" w:color="auto"/>
              <w:bottom w:val="single" w:sz="4" w:space="0" w:color="auto"/>
              <w:right w:val="single" w:sz="4" w:space="0" w:color="auto"/>
            </w:tcBorders>
          </w:tcPr>
          <w:p w14:paraId="471BB844" w14:textId="5A2331A3" w:rsidR="001D372C" w:rsidRPr="00ED4C8B" w:rsidRDefault="00000000">
            <w:pPr>
              <w:rPr>
                <w:rFonts w:ascii="Aptos" w:hAnsi="Aptos"/>
                <w:sz w:val="36"/>
                <w:szCs w:val="36"/>
              </w:rPr>
            </w:pPr>
            <w:proofErr w:type="spellStart"/>
            <w:r w:rsidRPr="00ED4C8B">
              <w:rPr>
                <w:rFonts w:ascii="Aptos" w:hAnsi="Aptos"/>
                <w:b/>
                <w:sz w:val="36"/>
                <w:szCs w:val="36"/>
              </w:rPr>
              <w:t>Profil</w:t>
            </w:r>
            <w:proofErr w:type="spellEnd"/>
            <w:r w:rsidRPr="00ED4C8B">
              <w:rPr>
                <w:rFonts w:ascii="Aptos" w:hAnsi="Aptos"/>
                <w:b/>
                <w:sz w:val="36"/>
                <w:szCs w:val="36"/>
              </w:rPr>
              <w:t xml:space="preserve"> </w:t>
            </w:r>
            <w:proofErr w:type="spellStart"/>
            <w:r w:rsidRPr="00ED4C8B">
              <w:rPr>
                <w:rFonts w:ascii="Aptos" w:hAnsi="Aptos"/>
                <w:b/>
                <w:sz w:val="36"/>
                <w:szCs w:val="36"/>
              </w:rPr>
              <w:t>en</w:t>
            </w:r>
            <w:proofErr w:type="spellEnd"/>
            <w:r w:rsidRPr="00ED4C8B">
              <w:rPr>
                <w:rFonts w:ascii="Aptos" w:hAnsi="Aptos"/>
                <w:b/>
                <w:sz w:val="36"/>
                <w:szCs w:val="36"/>
              </w:rPr>
              <w:t xml:space="preserve"> </w:t>
            </w:r>
            <w:proofErr w:type="spellStart"/>
            <w:r w:rsidRPr="00ED4C8B">
              <w:rPr>
                <w:rFonts w:ascii="Aptos" w:hAnsi="Aptos"/>
                <w:b/>
                <w:sz w:val="36"/>
                <w:szCs w:val="36"/>
              </w:rPr>
              <w:t>une</w:t>
            </w:r>
            <w:proofErr w:type="spellEnd"/>
            <w:r w:rsidRPr="00ED4C8B">
              <w:rPr>
                <w:rFonts w:ascii="Aptos" w:hAnsi="Aptos"/>
                <w:b/>
                <w:sz w:val="36"/>
                <w:szCs w:val="36"/>
              </w:rPr>
              <w:t xml:space="preserve"> </w:t>
            </w:r>
            <w:r w:rsidR="00D57499" w:rsidRPr="00ED4C8B">
              <w:rPr>
                <w:rFonts w:ascii="Aptos" w:hAnsi="Aptos"/>
                <w:b/>
                <w:sz w:val="36"/>
                <w:szCs w:val="36"/>
              </w:rPr>
              <w:t>page:</w:t>
            </w:r>
            <w:r w:rsidRPr="00ED4C8B">
              <w:rPr>
                <w:rFonts w:ascii="Aptos" w:hAnsi="Aptos"/>
                <w:b/>
                <w:sz w:val="36"/>
                <w:szCs w:val="36"/>
              </w:rPr>
              <w:t xml:space="preserve"> Sara Poole</w:t>
            </w:r>
          </w:p>
        </w:tc>
      </w:tr>
      <w:tr w:rsidR="001D372C" w14:paraId="7B98C091" w14:textId="77777777" w:rsidTr="00ED4C8B">
        <w:trPr>
          <w:trHeight w:val="690"/>
        </w:trPr>
        <w:tc>
          <w:tcPr>
            <w:tcW w:w="8981" w:type="dxa"/>
            <w:tcBorders>
              <w:top w:val="single" w:sz="4" w:space="0" w:color="auto"/>
              <w:left w:val="single" w:sz="4" w:space="0" w:color="auto"/>
              <w:bottom w:val="single" w:sz="4" w:space="0" w:color="auto"/>
              <w:right w:val="single" w:sz="4" w:space="0" w:color="auto"/>
            </w:tcBorders>
          </w:tcPr>
          <w:p w14:paraId="70335034" w14:textId="77777777" w:rsidR="001D372C" w:rsidRPr="00ED4C8B" w:rsidRDefault="00000000">
            <w:pPr>
              <w:rPr>
                <w:rFonts w:ascii="Aptos" w:hAnsi="Aptos"/>
                <w:sz w:val="36"/>
                <w:szCs w:val="36"/>
              </w:rPr>
            </w:pPr>
            <w:r w:rsidRPr="00ED4C8B">
              <w:rPr>
                <w:rFonts w:ascii="Aptos" w:hAnsi="Aptos"/>
                <w:sz w:val="36"/>
                <w:szCs w:val="36"/>
              </w:rPr>
              <w:t>Poste : Assistante Directrice de l'École Virtuelle</w:t>
            </w:r>
          </w:p>
        </w:tc>
      </w:tr>
      <w:tr w:rsidR="001D372C" w14:paraId="2C25BD5F" w14:textId="77777777" w:rsidTr="00ED4C8B">
        <w:trPr>
          <w:trHeight w:val="705"/>
        </w:trPr>
        <w:tc>
          <w:tcPr>
            <w:tcW w:w="8981" w:type="dxa"/>
            <w:tcBorders>
              <w:top w:val="single" w:sz="4" w:space="0" w:color="auto"/>
              <w:left w:val="single" w:sz="4" w:space="0" w:color="auto"/>
              <w:bottom w:val="single" w:sz="4" w:space="0" w:color="auto"/>
              <w:right w:val="single" w:sz="4" w:space="0" w:color="auto"/>
            </w:tcBorders>
          </w:tcPr>
          <w:p w14:paraId="2E206740" w14:textId="77777777" w:rsidR="001D372C" w:rsidRPr="00ED4C8B" w:rsidRDefault="00000000">
            <w:pPr>
              <w:rPr>
                <w:rFonts w:ascii="Aptos" w:hAnsi="Aptos"/>
                <w:sz w:val="36"/>
                <w:szCs w:val="36"/>
              </w:rPr>
            </w:pPr>
            <w:r w:rsidRPr="00ED4C8B">
              <w:rPr>
                <w:rFonts w:ascii="Aptos" w:hAnsi="Aptos"/>
                <w:sz w:val="36"/>
                <w:szCs w:val="36"/>
              </w:rPr>
              <w:t>Ce qui est important pour moi :</w:t>
            </w:r>
          </w:p>
        </w:tc>
      </w:tr>
      <w:tr w:rsidR="001D372C" w14:paraId="7E6EBEC2" w14:textId="77777777" w:rsidTr="00ED4C8B">
        <w:trPr>
          <w:trHeight w:val="3228"/>
        </w:trPr>
        <w:tc>
          <w:tcPr>
            <w:tcW w:w="8981" w:type="dxa"/>
            <w:tcBorders>
              <w:top w:val="single" w:sz="4" w:space="0" w:color="auto"/>
              <w:left w:val="single" w:sz="4" w:space="0" w:color="auto"/>
              <w:bottom w:val="single" w:sz="4" w:space="0" w:color="auto"/>
              <w:right w:val="single" w:sz="4" w:space="0" w:color="auto"/>
            </w:tcBorders>
          </w:tcPr>
          <w:p w14:paraId="3EDEA50D" w14:textId="77777777" w:rsidR="001D372C" w:rsidRPr="00ED4C8B" w:rsidRDefault="00000000">
            <w:pPr>
              <w:rPr>
                <w:rFonts w:ascii="Aptos" w:hAnsi="Aptos"/>
                <w:sz w:val="36"/>
                <w:szCs w:val="36"/>
              </w:rPr>
            </w:pPr>
            <w:r w:rsidRPr="00ED4C8B">
              <w:rPr>
                <w:rFonts w:ascii="Aptos" w:hAnsi="Aptos"/>
                <w:sz w:val="36"/>
                <w:szCs w:val="36"/>
              </w:rPr>
              <w:t>Ma famille et mes amis.</w:t>
            </w:r>
            <w:r w:rsidRPr="00ED4C8B">
              <w:rPr>
                <w:rFonts w:ascii="Aptos" w:hAnsi="Aptos"/>
                <w:sz w:val="36"/>
                <w:szCs w:val="36"/>
              </w:rPr>
              <w:br/>
              <w:t>Mon chien Bear, qui est vraiment comme un gros bébé.</w:t>
            </w:r>
            <w:r w:rsidRPr="00ED4C8B">
              <w:rPr>
                <w:rFonts w:ascii="Aptos" w:hAnsi="Aptos"/>
                <w:sz w:val="36"/>
                <w:szCs w:val="36"/>
              </w:rPr>
              <w:br/>
              <w:t>Avoir du temps pour courir, nager ou faire du vélo.</w:t>
            </w:r>
            <w:r w:rsidRPr="00ED4C8B">
              <w:rPr>
                <w:rFonts w:ascii="Aptos" w:hAnsi="Aptos"/>
                <w:sz w:val="36"/>
                <w:szCs w:val="36"/>
              </w:rPr>
              <w:br/>
              <w:t>J'aime aussi la bonne nourriture ! (C'est d'ailleurs pour cela que je dois courir, nager ou faire du vélo.)</w:t>
            </w:r>
          </w:p>
        </w:tc>
      </w:tr>
      <w:tr w:rsidR="001D372C" w14:paraId="7F915155" w14:textId="77777777" w:rsidTr="00ED4C8B">
        <w:trPr>
          <w:trHeight w:val="7282"/>
        </w:trPr>
        <w:tc>
          <w:tcPr>
            <w:tcW w:w="8981" w:type="dxa"/>
            <w:tcBorders>
              <w:top w:val="single" w:sz="4" w:space="0" w:color="auto"/>
              <w:left w:val="single" w:sz="4" w:space="0" w:color="auto"/>
              <w:bottom w:val="single" w:sz="4" w:space="0" w:color="auto"/>
              <w:right w:val="single" w:sz="4" w:space="0" w:color="auto"/>
            </w:tcBorders>
          </w:tcPr>
          <w:p w14:paraId="79990CE9" w14:textId="23DAFEAD" w:rsidR="001D372C" w:rsidRPr="00ED4C8B" w:rsidRDefault="00000000">
            <w:pPr>
              <w:rPr>
                <w:rFonts w:ascii="Aptos" w:hAnsi="Aptos"/>
                <w:sz w:val="36"/>
                <w:szCs w:val="36"/>
              </w:rPr>
            </w:pPr>
            <w:r w:rsidRPr="00ED4C8B">
              <w:rPr>
                <w:rFonts w:ascii="Aptos" w:hAnsi="Aptos"/>
                <w:sz w:val="36"/>
                <w:szCs w:val="36"/>
              </w:rPr>
              <w:t xml:space="preserve">Comment j’espère que nous </w:t>
            </w:r>
            <w:proofErr w:type="spellStart"/>
            <w:r w:rsidRPr="00ED4C8B">
              <w:rPr>
                <w:rFonts w:ascii="Aptos" w:hAnsi="Aptos"/>
                <w:sz w:val="36"/>
                <w:szCs w:val="36"/>
              </w:rPr>
              <w:t>pourrons</w:t>
            </w:r>
            <w:proofErr w:type="spellEnd"/>
            <w:r w:rsidRPr="00ED4C8B">
              <w:rPr>
                <w:rFonts w:ascii="Aptos" w:hAnsi="Aptos"/>
                <w:sz w:val="36"/>
                <w:szCs w:val="36"/>
              </w:rPr>
              <w:t xml:space="preserve"> </w:t>
            </w:r>
            <w:proofErr w:type="spellStart"/>
            <w:r w:rsidRPr="00ED4C8B">
              <w:rPr>
                <w:rFonts w:ascii="Aptos" w:hAnsi="Aptos"/>
                <w:sz w:val="36"/>
                <w:szCs w:val="36"/>
              </w:rPr>
              <w:t>travailler</w:t>
            </w:r>
            <w:proofErr w:type="spellEnd"/>
            <w:r w:rsidRPr="00ED4C8B">
              <w:rPr>
                <w:rFonts w:ascii="Aptos" w:hAnsi="Aptos"/>
                <w:sz w:val="36"/>
                <w:szCs w:val="36"/>
              </w:rPr>
              <w:t xml:space="preserve"> </w:t>
            </w:r>
            <w:r w:rsidR="00ED4C8B" w:rsidRPr="00ED4C8B">
              <w:rPr>
                <w:rFonts w:ascii="Aptos" w:hAnsi="Aptos"/>
                <w:sz w:val="36"/>
                <w:szCs w:val="36"/>
              </w:rPr>
              <w:t>ensemble:</w:t>
            </w:r>
            <w:r w:rsidRPr="00ED4C8B">
              <w:rPr>
                <w:rFonts w:ascii="Aptos" w:hAnsi="Aptos"/>
                <w:sz w:val="36"/>
                <w:szCs w:val="36"/>
              </w:rPr>
              <w:br/>
            </w:r>
            <w:r w:rsidRPr="00ED4C8B">
              <w:rPr>
                <w:rFonts w:ascii="Aptos" w:hAnsi="Aptos"/>
                <w:sz w:val="36"/>
                <w:szCs w:val="36"/>
              </w:rPr>
              <w:br/>
              <w:t xml:space="preserve">Je </w:t>
            </w:r>
            <w:proofErr w:type="spellStart"/>
            <w:r w:rsidRPr="00ED4C8B">
              <w:rPr>
                <w:rFonts w:ascii="Aptos" w:hAnsi="Aptos"/>
                <w:sz w:val="36"/>
                <w:szCs w:val="36"/>
              </w:rPr>
              <w:t>travaille</w:t>
            </w:r>
            <w:proofErr w:type="spellEnd"/>
            <w:r w:rsidRPr="00ED4C8B">
              <w:rPr>
                <w:rFonts w:ascii="Aptos" w:hAnsi="Aptos"/>
                <w:sz w:val="36"/>
                <w:szCs w:val="36"/>
              </w:rPr>
              <w:t xml:space="preserve"> dans le domaine de l'éducation depuis 30 ans et je suis passionnée par le soutien et la défense des intérêts des enfants et des jeunes adultes. Je m'efforcerai toujours de travailler dur et de faire de mon mieux pour améliorer les choses pour toi à l'école ou au collège. Je t'écouterai, je serai honnête et respectueuse. Je travaillerai avec d'autres adultes afin d'offrir les meilleures formations possibles pour qu'ils puissent mieux t'aider. Je te soutiendrai dans la réalisation de tes ambitions et je t'encouragerai à viser haut.</w:t>
            </w:r>
          </w:p>
        </w:tc>
      </w:tr>
    </w:tbl>
    <w:p w14:paraId="04EA327A" w14:textId="77777777" w:rsidR="004E17BA" w:rsidRDefault="004E17BA"/>
    <w:sectPr w:rsidR="004E17B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7450930">
    <w:abstractNumId w:val="8"/>
  </w:num>
  <w:num w:numId="2" w16cid:durableId="577978417">
    <w:abstractNumId w:val="6"/>
  </w:num>
  <w:num w:numId="3" w16cid:durableId="1232809942">
    <w:abstractNumId w:val="5"/>
  </w:num>
  <w:num w:numId="4" w16cid:durableId="129175540">
    <w:abstractNumId w:val="4"/>
  </w:num>
  <w:num w:numId="5" w16cid:durableId="828445257">
    <w:abstractNumId w:val="7"/>
  </w:num>
  <w:num w:numId="6" w16cid:durableId="850141088">
    <w:abstractNumId w:val="3"/>
  </w:num>
  <w:num w:numId="7" w16cid:durableId="424112706">
    <w:abstractNumId w:val="2"/>
  </w:num>
  <w:num w:numId="8" w16cid:durableId="1833984523">
    <w:abstractNumId w:val="1"/>
  </w:num>
  <w:num w:numId="9" w16cid:durableId="159173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372C"/>
    <w:rsid w:val="0029639D"/>
    <w:rsid w:val="00326F90"/>
    <w:rsid w:val="004E17BA"/>
    <w:rsid w:val="009351A8"/>
    <w:rsid w:val="0096260F"/>
    <w:rsid w:val="00AA1D8D"/>
    <w:rsid w:val="00B47730"/>
    <w:rsid w:val="00CB0664"/>
    <w:rsid w:val="00D57499"/>
    <w:rsid w:val="00ED4C8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9A660"/>
  <w14:defaultImageDpi w14:val="300"/>
  <w15:docId w15:val="{8CC55B1D-148E-4500-8303-5AD65F33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956392E-7585-4884-B759-C1B6A55385E6}"/>
</file>

<file path=customXml/itemProps3.xml><?xml version="1.0" encoding="utf-8"?>
<ds:datastoreItem xmlns:ds="http://schemas.openxmlformats.org/officeDocument/2006/customXml" ds:itemID="{6BC02428-31C0-4732-AA4D-687B50BE6EE1}"/>
</file>

<file path=customXml/itemProps4.xml><?xml version="1.0" encoding="utf-8"?>
<ds:datastoreItem xmlns:ds="http://schemas.openxmlformats.org/officeDocument/2006/customXml" ds:itemID="{48FD8990-5780-4760-916F-B8E14BAB0D75}"/>
</file>

<file path=docProps/app.xml><?xml version="1.0" encoding="utf-8"?>
<Properties xmlns="http://schemas.openxmlformats.org/officeDocument/2006/extended-properties" xmlns:vt="http://schemas.openxmlformats.org/officeDocument/2006/docPropsVTypes">
  <Template>Normal</Template>
  <TotalTime>3</TotalTime>
  <Pages>1</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RAVINDIRAN, Kalpana</dc:creator>
  <cp:keywords/>
  <dc:description>generated by python-docx</dc:description>
  <cp:lastModifiedBy>RAVINDIRAN, Kalpana</cp:lastModifiedBy>
  <cp:revision>4</cp:revision>
  <dcterms:created xsi:type="dcterms:W3CDTF">2026-07-17T08:28:00Z</dcterms:created>
  <dcterms:modified xsi:type="dcterms:W3CDTF">2026-07-17T08:49:00Z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ies>
</file>