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4" w:type="dxa"/>
        <w:tblLook w:val="04A0" w:firstRow="1" w:lastRow="0" w:firstColumn="1" w:lastColumn="0" w:noHBand="0" w:noVBand="1"/>
      </w:tblPr>
      <w:tblGrid>
        <w:gridCol w:w="9164"/>
      </w:tblGrid>
      <w:tr w:rsidR="0092484F" w14:paraId="5E30119D" w14:textId="77777777" w:rsidTr="00DF7D08">
        <w:trPr>
          <w:trHeight w:val="751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1FD" w14:textId="77777777" w:rsidR="0092484F" w:rsidRPr="007C1A0D" w:rsidRDefault="00000000">
            <w:pPr>
              <w:jc w:val="right"/>
              <w:rPr>
                <w:rFonts w:ascii="Aptos" w:hAnsi="Aptos"/>
                <w:sz w:val="36"/>
                <w:szCs w:val="36"/>
              </w:rPr>
            </w:pPr>
            <w:r w:rsidRPr="007C1A0D">
              <w:rPr>
                <w:rFonts w:ascii="Arial" w:hAnsi="Arial" w:cs="Arial"/>
                <w:b/>
                <w:sz w:val="36"/>
                <w:szCs w:val="36"/>
              </w:rPr>
              <w:t>الملف</w:t>
            </w:r>
            <w:r w:rsidRPr="007C1A0D">
              <w:rPr>
                <w:rFonts w:ascii="Aptos" w:hAnsi="Aptos"/>
                <w:b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b/>
                <w:sz w:val="36"/>
                <w:szCs w:val="36"/>
              </w:rPr>
              <w:t>الشخصي</w:t>
            </w:r>
            <w:r w:rsidRPr="007C1A0D">
              <w:rPr>
                <w:rFonts w:ascii="Aptos" w:hAnsi="Aptos"/>
                <w:b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b/>
                <w:sz w:val="36"/>
                <w:szCs w:val="36"/>
              </w:rPr>
              <w:t>في</w:t>
            </w:r>
            <w:r w:rsidRPr="007C1A0D">
              <w:rPr>
                <w:rFonts w:ascii="Aptos" w:hAnsi="Aptos"/>
                <w:b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b/>
                <w:sz w:val="36"/>
                <w:szCs w:val="36"/>
              </w:rPr>
              <w:t>صفحة</w:t>
            </w:r>
            <w:r w:rsidRPr="007C1A0D">
              <w:rPr>
                <w:rFonts w:ascii="Aptos" w:hAnsi="Aptos"/>
                <w:b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b/>
                <w:sz w:val="36"/>
                <w:szCs w:val="36"/>
              </w:rPr>
              <w:t>واحدة</w:t>
            </w:r>
            <w:r w:rsidRPr="007C1A0D">
              <w:rPr>
                <w:rFonts w:ascii="Aptos" w:hAnsi="Aptos"/>
                <w:b/>
                <w:sz w:val="36"/>
                <w:szCs w:val="36"/>
              </w:rPr>
              <w:t xml:space="preserve">: </w:t>
            </w:r>
            <w:r w:rsidRPr="007C1A0D">
              <w:rPr>
                <w:rFonts w:ascii="Arial" w:hAnsi="Arial" w:cs="Arial"/>
                <w:b/>
                <w:sz w:val="36"/>
                <w:szCs w:val="36"/>
              </w:rPr>
              <w:t>سارة</w:t>
            </w:r>
            <w:r w:rsidRPr="007C1A0D">
              <w:rPr>
                <w:rFonts w:ascii="Aptos" w:hAnsi="Aptos"/>
                <w:b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b/>
                <w:sz w:val="36"/>
                <w:szCs w:val="36"/>
              </w:rPr>
              <w:t>بول</w:t>
            </w:r>
          </w:p>
        </w:tc>
      </w:tr>
      <w:tr w:rsidR="0092484F" w14:paraId="7D7C75B5" w14:textId="77777777" w:rsidTr="00DF7D08">
        <w:trPr>
          <w:trHeight w:val="766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918B" w14:textId="77777777" w:rsidR="0092484F" w:rsidRPr="007C1A0D" w:rsidRDefault="00000000">
            <w:pPr>
              <w:jc w:val="right"/>
              <w:rPr>
                <w:rFonts w:ascii="Aptos" w:hAnsi="Aptos"/>
                <w:sz w:val="36"/>
                <w:szCs w:val="36"/>
              </w:rPr>
            </w:pPr>
            <w:r w:rsidRPr="007C1A0D">
              <w:rPr>
                <w:rFonts w:ascii="Arial" w:hAnsi="Arial" w:cs="Arial"/>
                <w:sz w:val="36"/>
                <w:szCs w:val="36"/>
              </w:rPr>
              <w:t>الوظيفة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: </w:t>
            </w:r>
            <w:r w:rsidRPr="007C1A0D">
              <w:rPr>
                <w:rFonts w:ascii="Arial" w:hAnsi="Arial" w:cs="Arial"/>
                <w:sz w:val="36"/>
                <w:szCs w:val="36"/>
              </w:rPr>
              <w:t>مساعدة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رئيس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المدرسة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الافتراضية</w:t>
            </w:r>
          </w:p>
        </w:tc>
      </w:tr>
      <w:tr w:rsidR="0092484F" w14:paraId="1FE53ADC" w14:textId="77777777" w:rsidTr="00DF7D08">
        <w:trPr>
          <w:trHeight w:val="751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9678" w14:textId="77777777" w:rsidR="0092484F" w:rsidRPr="007C1A0D" w:rsidRDefault="00000000">
            <w:pPr>
              <w:jc w:val="right"/>
              <w:rPr>
                <w:rFonts w:ascii="Aptos" w:hAnsi="Aptos"/>
                <w:sz w:val="36"/>
                <w:szCs w:val="36"/>
              </w:rPr>
            </w:pPr>
            <w:r w:rsidRPr="007C1A0D">
              <w:rPr>
                <w:rFonts w:ascii="Arial" w:hAnsi="Arial" w:cs="Arial"/>
                <w:sz w:val="36"/>
                <w:szCs w:val="36"/>
              </w:rPr>
              <w:t>الأشياء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المهمة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بالنسبة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لي</w:t>
            </w:r>
            <w:r w:rsidRPr="007C1A0D">
              <w:rPr>
                <w:rFonts w:ascii="Aptos" w:hAnsi="Aptos"/>
                <w:sz w:val="36"/>
                <w:szCs w:val="36"/>
              </w:rPr>
              <w:t>:</w:t>
            </w:r>
          </w:p>
        </w:tc>
      </w:tr>
      <w:tr w:rsidR="0092484F" w14:paraId="501555E3" w14:textId="77777777" w:rsidTr="00DF7D08">
        <w:trPr>
          <w:trHeight w:val="3004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C56A" w14:textId="77777777" w:rsidR="0092484F" w:rsidRPr="007C1A0D" w:rsidRDefault="00000000">
            <w:pPr>
              <w:jc w:val="right"/>
              <w:rPr>
                <w:rFonts w:ascii="Aptos" w:hAnsi="Aptos"/>
                <w:sz w:val="36"/>
                <w:szCs w:val="36"/>
              </w:rPr>
            </w:pPr>
            <w:r w:rsidRPr="007C1A0D">
              <w:rPr>
                <w:rFonts w:ascii="Arial" w:hAnsi="Arial" w:cs="Arial"/>
                <w:sz w:val="36"/>
                <w:szCs w:val="36"/>
              </w:rPr>
              <w:t>أسرتي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وأصدقائي</w:t>
            </w:r>
            <w:r w:rsidRPr="007C1A0D">
              <w:rPr>
                <w:rFonts w:ascii="Aptos" w:hAnsi="Aptos"/>
                <w:sz w:val="36"/>
                <w:szCs w:val="36"/>
              </w:rPr>
              <w:t>.</w:t>
            </w:r>
            <w:r w:rsidRPr="007C1A0D">
              <w:rPr>
                <w:rFonts w:ascii="Aptos" w:hAnsi="Aptos"/>
                <w:sz w:val="36"/>
                <w:szCs w:val="36"/>
              </w:rPr>
              <w:br/>
            </w:r>
            <w:r w:rsidRPr="007C1A0D">
              <w:rPr>
                <w:rFonts w:ascii="Arial" w:hAnsi="Arial" w:cs="Arial"/>
                <w:sz w:val="36"/>
                <w:szCs w:val="36"/>
              </w:rPr>
              <w:t>كلبي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الأليف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"</w:t>
            </w:r>
            <w:r w:rsidRPr="007C1A0D">
              <w:rPr>
                <w:rFonts w:ascii="Arial" w:hAnsi="Arial" w:cs="Arial"/>
                <w:sz w:val="36"/>
                <w:szCs w:val="36"/>
              </w:rPr>
              <w:t>بير</w:t>
            </w:r>
            <w:r w:rsidRPr="007C1A0D">
              <w:rPr>
                <w:rFonts w:ascii="Aptos" w:hAnsi="Aptos"/>
                <w:sz w:val="36"/>
                <w:szCs w:val="36"/>
              </w:rPr>
              <w:t>"</w:t>
            </w:r>
            <w:r w:rsidRPr="007C1A0D">
              <w:rPr>
                <w:rFonts w:ascii="Arial" w:hAnsi="Arial" w:cs="Arial"/>
                <w:sz w:val="36"/>
                <w:szCs w:val="36"/>
              </w:rPr>
              <w:t>،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وهو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فعلاً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أكبر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طفل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في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البيت</w:t>
            </w:r>
            <w:r w:rsidRPr="007C1A0D">
              <w:rPr>
                <w:rFonts w:ascii="Aptos" w:hAnsi="Aptos"/>
                <w:sz w:val="36"/>
                <w:szCs w:val="36"/>
              </w:rPr>
              <w:t>.</w:t>
            </w:r>
            <w:r w:rsidRPr="007C1A0D">
              <w:rPr>
                <w:rFonts w:ascii="Aptos" w:hAnsi="Aptos"/>
                <w:sz w:val="36"/>
                <w:szCs w:val="36"/>
              </w:rPr>
              <w:br/>
            </w:r>
            <w:r w:rsidRPr="007C1A0D">
              <w:rPr>
                <w:rFonts w:ascii="Arial" w:hAnsi="Arial" w:cs="Arial"/>
                <w:sz w:val="36"/>
                <w:szCs w:val="36"/>
              </w:rPr>
              <w:t>أن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يكون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لدي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وقت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للجري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أو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السباحة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أو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ركوب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الدراجة</w:t>
            </w:r>
            <w:r w:rsidRPr="007C1A0D">
              <w:rPr>
                <w:rFonts w:ascii="Aptos" w:hAnsi="Aptos"/>
                <w:sz w:val="36"/>
                <w:szCs w:val="36"/>
              </w:rPr>
              <w:t>.</w:t>
            </w:r>
            <w:r w:rsidRPr="007C1A0D">
              <w:rPr>
                <w:rFonts w:ascii="Aptos" w:hAnsi="Aptos"/>
                <w:sz w:val="36"/>
                <w:szCs w:val="36"/>
              </w:rPr>
              <w:br/>
            </w:r>
            <w:r w:rsidRPr="007C1A0D">
              <w:rPr>
                <w:rFonts w:ascii="Arial" w:hAnsi="Arial" w:cs="Arial"/>
                <w:sz w:val="36"/>
                <w:szCs w:val="36"/>
              </w:rPr>
              <w:t>أحب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الأكل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الطيب</w:t>
            </w:r>
            <w:r w:rsidRPr="007C1A0D">
              <w:rPr>
                <w:rFonts w:ascii="Aptos" w:hAnsi="Aptos"/>
                <w:sz w:val="36"/>
                <w:szCs w:val="36"/>
              </w:rPr>
              <w:t>! (</w:t>
            </w:r>
            <w:r w:rsidRPr="007C1A0D">
              <w:rPr>
                <w:rFonts w:ascii="Arial" w:hAnsi="Arial" w:cs="Arial"/>
                <w:sz w:val="36"/>
                <w:szCs w:val="36"/>
              </w:rPr>
              <w:t>وعشان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كده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لازم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أجري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وأسبح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وأركب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الدراجة</w:t>
            </w:r>
            <w:r w:rsidRPr="007C1A0D">
              <w:rPr>
                <w:rFonts w:ascii="Aptos" w:hAnsi="Aptos"/>
                <w:sz w:val="36"/>
                <w:szCs w:val="36"/>
              </w:rPr>
              <w:t>).</w:t>
            </w:r>
          </w:p>
        </w:tc>
      </w:tr>
      <w:tr w:rsidR="0092484F" w14:paraId="7E6B2449" w14:textId="77777777" w:rsidTr="00DF7D08">
        <w:trPr>
          <w:trHeight w:val="4702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D242" w14:textId="77777777" w:rsidR="0092484F" w:rsidRPr="007C1A0D" w:rsidRDefault="00000000">
            <w:pPr>
              <w:jc w:val="right"/>
              <w:rPr>
                <w:rFonts w:ascii="Aptos" w:hAnsi="Aptos"/>
                <w:sz w:val="36"/>
                <w:szCs w:val="36"/>
              </w:rPr>
            </w:pPr>
            <w:r w:rsidRPr="007C1A0D">
              <w:rPr>
                <w:rFonts w:ascii="Arial" w:hAnsi="Arial" w:cs="Arial"/>
                <w:sz w:val="36"/>
                <w:szCs w:val="36"/>
              </w:rPr>
              <w:t>كيف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أتمنى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نعمل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معاً</w:t>
            </w:r>
            <w:r w:rsidRPr="007C1A0D">
              <w:rPr>
                <w:rFonts w:ascii="Aptos" w:hAnsi="Aptos"/>
                <w:sz w:val="36"/>
                <w:szCs w:val="36"/>
              </w:rPr>
              <w:t>:</w:t>
            </w:r>
            <w:r w:rsidRPr="007C1A0D">
              <w:rPr>
                <w:rFonts w:ascii="Aptos" w:hAnsi="Aptos"/>
                <w:sz w:val="36"/>
                <w:szCs w:val="36"/>
              </w:rPr>
              <w:br/>
            </w:r>
            <w:r w:rsidRPr="007C1A0D">
              <w:rPr>
                <w:rFonts w:ascii="Aptos" w:hAnsi="Aptos"/>
                <w:sz w:val="36"/>
                <w:szCs w:val="36"/>
              </w:rPr>
              <w:br/>
            </w:r>
            <w:r w:rsidRPr="007C1A0D">
              <w:rPr>
                <w:rFonts w:ascii="Arial" w:hAnsi="Arial" w:cs="Arial"/>
                <w:sz w:val="36"/>
                <w:szCs w:val="36"/>
              </w:rPr>
              <w:t>أعمل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في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مجال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التعليم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منذ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30 </w:t>
            </w:r>
            <w:r w:rsidRPr="007C1A0D">
              <w:rPr>
                <w:rFonts w:ascii="Arial" w:hAnsi="Arial" w:cs="Arial"/>
                <w:sz w:val="36"/>
                <w:szCs w:val="36"/>
              </w:rPr>
              <w:t>عاماً،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ولدي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شغف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كبير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بدعم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الأطفال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والشباب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ومساندتهم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. </w:t>
            </w:r>
            <w:r w:rsidRPr="007C1A0D">
              <w:rPr>
                <w:rFonts w:ascii="Arial" w:hAnsi="Arial" w:cs="Arial"/>
                <w:sz w:val="36"/>
                <w:szCs w:val="36"/>
              </w:rPr>
              <w:t>سأبذل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دائماً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قصارى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جهدي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للعمل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بجد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وتحسين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الأمور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من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أجلك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في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المدرسة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أو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الكلية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. </w:t>
            </w:r>
            <w:r w:rsidRPr="007C1A0D">
              <w:rPr>
                <w:rFonts w:ascii="Arial" w:hAnsi="Arial" w:cs="Arial"/>
                <w:sz w:val="36"/>
                <w:szCs w:val="36"/>
              </w:rPr>
              <w:t>سأستمع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إليك،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وأكون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صادقة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ومحترمة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في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تعاملي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. </w:t>
            </w:r>
            <w:r w:rsidRPr="007C1A0D">
              <w:rPr>
                <w:rFonts w:ascii="Arial" w:hAnsi="Arial" w:cs="Arial"/>
                <w:sz w:val="36"/>
                <w:szCs w:val="36"/>
              </w:rPr>
              <w:t>كما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سأعمل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مع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البالغين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الآخرين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لتقديم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أفضل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تدريب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ممكن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حتى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يتمكنوا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من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دعمك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بشكل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أفضل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. </w:t>
            </w:r>
            <w:r w:rsidRPr="007C1A0D">
              <w:rPr>
                <w:rFonts w:ascii="Arial" w:hAnsi="Arial" w:cs="Arial"/>
                <w:sz w:val="36"/>
                <w:szCs w:val="36"/>
              </w:rPr>
              <w:t>وسأساندك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لتحقيق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طموحاتك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وأشجعك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على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الوصول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إلى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أهدافك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والنجاح</w:t>
            </w:r>
            <w:r w:rsidRPr="007C1A0D">
              <w:rPr>
                <w:rFonts w:ascii="Aptos" w:hAnsi="Aptos"/>
                <w:sz w:val="36"/>
                <w:szCs w:val="36"/>
              </w:rPr>
              <w:t xml:space="preserve"> </w:t>
            </w:r>
            <w:r w:rsidRPr="007C1A0D">
              <w:rPr>
                <w:rFonts w:ascii="Arial" w:hAnsi="Arial" w:cs="Arial"/>
                <w:sz w:val="36"/>
                <w:szCs w:val="36"/>
              </w:rPr>
              <w:t>فيها</w:t>
            </w:r>
            <w:r w:rsidRPr="007C1A0D">
              <w:rPr>
                <w:rFonts w:ascii="Aptos" w:hAnsi="Aptos"/>
                <w:sz w:val="36"/>
                <w:szCs w:val="36"/>
              </w:rPr>
              <w:t>.</w:t>
            </w:r>
          </w:p>
        </w:tc>
      </w:tr>
    </w:tbl>
    <w:p w14:paraId="6F5BFD74" w14:textId="77777777" w:rsidR="001459A5" w:rsidRDefault="001459A5"/>
    <w:sectPr w:rsidR="001459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3637051">
    <w:abstractNumId w:val="8"/>
  </w:num>
  <w:num w:numId="2" w16cid:durableId="2120291829">
    <w:abstractNumId w:val="6"/>
  </w:num>
  <w:num w:numId="3" w16cid:durableId="293026242">
    <w:abstractNumId w:val="5"/>
  </w:num>
  <w:num w:numId="4" w16cid:durableId="849292195">
    <w:abstractNumId w:val="4"/>
  </w:num>
  <w:num w:numId="5" w16cid:durableId="1013150654">
    <w:abstractNumId w:val="7"/>
  </w:num>
  <w:num w:numId="6" w16cid:durableId="1223177701">
    <w:abstractNumId w:val="3"/>
  </w:num>
  <w:num w:numId="7" w16cid:durableId="106969034">
    <w:abstractNumId w:val="2"/>
  </w:num>
  <w:num w:numId="8" w16cid:durableId="1246647662">
    <w:abstractNumId w:val="1"/>
  </w:num>
  <w:num w:numId="9" w16cid:durableId="662509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59A5"/>
    <w:rsid w:val="0015074B"/>
    <w:rsid w:val="0029639D"/>
    <w:rsid w:val="00326F90"/>
    <w:rsid w:val="005D2CC8"/>
    <w:rsid w:val="007C1A0D"/>
    <w:rsid w:val="0092484F"/>
    <w:rsid w:val="009351A8"/>
    <w:rsid w:val="00AA1D8D"/>
    <w:rsid w:val="00B47730"/>
    <w:rsid w:val="00CB0664"/>
    <w:rsid w:val="00DF7D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E8083C"/>
  <w14:defaultImageDpi w14:val="300"/>
  <w15:docId w15:val="{8CC55B1D-148E-4500-8303-5AD65F33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F2C81C-3F4E-41F3-B469-26F883C03E3F}"/>
</file>

<file path=customXml/itemProps3.xml><?xml version="1.0" encoding="utf-8"?>
<ds:datastoreItem xmlns:ds="http://schemas.openxmlformats.org/officeDocument/2006/customXml" ds:itemID="{95D29723-41C2-42F5-9A88-34F2C8B018A9}"/>
</file>

<file path=customXml/itemProps4.xml><?xml version="1.0" encoding="utf-8"?>
<ds:datastoreItem xmlns:ds="http://schemas.openxmlformats.org/officeDocument/2006/customXml" ds:itemID="{2A91290E-FD81-474F-8AC1-91A42C93E6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RAVINDIRAN, Kalpana</dc:creator>
  <cp:keywords/>
  <dc:description>generated by python-docx</dc:description>
  <cp:lastModifiedBy>RAVINDIRAN, Kalpana</cp:lastModifiedBy>
  <cp:revision>4</cp:revision>
  <dcterms:created xsi:type="dcterms:W3CDTF">2026-07-17T08:17:00Z</dcterms:created>
  <dcterms:modified xsi:type="dcterms:W3CDTF">2026-07-17T08:52:00Z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</Properties>
</file>