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44" w:type="dxa"/>
        <w:tblLook w:val="04A0" w:firstRow="1" w:lastRow="0" w:firstColumn="1" w:lastColumn="0" w:noHBand="0" w:noVBand="1"/>
      </w:tblPr>
      <w:tblGrid>
        <w:gridCol w:w="9344"/>
      </w:tblGrid>
      <w:tr w:rsidR="00165C14" w14:paraId="0DD305BE" w14:textId="77777777" w:rsidTr="003C1DBE">
        <w:trPr>
          <w:trHeight w:val="755"/>
        </w:trPr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FA32" w14:textId="77777777" w:rsidR="00165C14" w:rsidRPr="003C1DBE" w:rsidRDefault="00000000">
            <w:pPr>
              <w:jc w:val="right"/>
              <w:rPr>
                <w:rFonts w:ascii="Aptos" w:hAnsi="Aptos"/>
                <w:sz w:val="40"/>
                <w:szCs w:val="40"/>
              </w:rPr>
            </w:pPr>
            <w:r w:rsidRPr="003C1DBE">
              <w:rPr>
                <w:rFonts w:ascii="Arial" w:hAnsi="Arial" w:cs="Arial"/>
                <w:b/>
                <w:sz w:val="40"/>
                <w:szCs w:val="40"/>
              </w:rPr>
              <w:t>الملف</w:t>
            </w:r>
            <w:r w:rsidRPr="003C1DBE">
              <w:rPr>
                <w:rFonts w:ascii="Aptos" w:hAnsi="Aptos"/>
                <w:b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b/>
                <w:sz w:val="40"/>
                <w:szCs w:val="40"/>
              </w:rPr>
              <w:t>الشخصي</w:t>
            </w:r>
            <w:r w:rsidRPr="003C1DBE">
              <w:rPr>
                <w:rFonts w:ascii="Aptos" w:hAnsi="Aptos"/>
                <w:b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b/>
                <w:sz w:val="40"/>
                <w:szCs w:val="40"/>
              </w:rPr>
              <w:t>بصفحة</w:t>
            </w:r>
            <w:r w:rsidRPr="003C1DBE">
              <w:rPr>
                <w:rFonts w:ascii="Aptos" w:hAnsi="Aptos"/>
                <w:b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b/>
                <w:sz w:val="40"/>
                <w:szCs w:val="40"/>
              </w:rPr>
              <w:t>وحدة</w:t>
            </w:r>
            <w:r w:rsidRPr="003C1DBE">
              <w:rPr>
                <w:rFonts w:ascii="Aptos" w:hAnsi="Aptos"/>
                <w:b/>
                <w:sz w:val="40"/>
                <w:szCs w:val="40"/>
              </w:rPr>
              <w:t xml:space="preserve">: </w:t>
            </w:r>
            <w:r w:rsidRPr="003C1DBE">
              <w:rPr>
                <w:rFonts w:ascii="Arial" w:hAnsi="Arial" w:cs="Arial"/>
                <w:b/>
                <w:sz w:val="40"/>
                <w:szCs w:val="40"/>
              </w:rPr>
              <w:t>سارة</w:t>
            </w:r>
            <w:r w:rsidRPr="003C1DBE">
              <w:rPr>
                <w:rFonts w:ascii="Aptos" w:hAnsi="Aptos"/>
                <w:b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b/>
                <w:sz w:val="40"/>
                <w:szCs w:val="40"/>
              </w:rPr>
              <w:t>بول</w:t>
            </w:r>
          </w:p>
        </w:tc>
      </w:tr>
      <w:tr w:rsidR="00165C14" w14:paraId="75421193" w14:textId="77777777" w:rsidTr="003C1DBE">
        <w:trPr>
          <w:trHeight w:val="770"/>
        </w:trPr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F8A0" w14:textId="77777777" w:rsidR="00165C14" w:rsidRPr="003C1DBE" w:rsidRDefault="00000000">
            <w:pPr>
              <w:jc w:val="right"/>
              <w:rPr>
                <w:rFonts w:ascii="Aptos" w:hAnsi="Aptos"/>
                <w:sz w:val="40"/>
                <w:szCs w:val="40"/>
              </w:rPr>
            </w:pPr>
            <w:r w:rsidRPr="003C1DBE">
              <w:rPr>
                <w:rFonts w:ascii="Arial" w:hAnsi="Arial" w:cs="Arial"/>
                <w:sz w:val="40"/>
                <w:szCs w:val="40"/>
              </w:rPr>
              <w:t>الوظيفة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: </w:t>
            </w:r>
            <w:r w:rsidRPr="003C1DBE">
              <w:rPr>
                <w:rFonts w:ascii="Arial" w:hAnsi="Arial" w:cs="Arial"/>
                <w:sz w:val="40"/>
                <w:szCs w:val="40"/>
              </w:rPr>
              <w:t>نائبة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رئيس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المدرسة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الافتراضية</w:t>
            </w:r>
          </w:p>
        </w:tc>
      </w:tr>
      <w:tr w:rsidR="00165C14" w14:paraId="302BB1DE" w14:textId="77777777" w:rsidTr="003C1DBE">
        <w:trPr>
          <w:trHeight w:val="725"/>
        </w:trPr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338F" w14:textId="77777777" w:rsidR="00165C14" w:rsidRPr="003C1DBE" w:rsidRDefault="00000000">
            <w:pPr>
              <w:jc w:val="right"/>
              <w:rPr>
                <w:rFonts w:ascii="Aptos" w:hAnsi="Aptos"/>
                <w:sz w:val="40"/>
                <w:szCs w:val="40"/>
              </w:rPr>
            </w:pPr>
            <w:r w:rsidRPr="003C1DBE">
              <w:rPr>
                <w:rFonts w:ascii="Arial" w:hAnsi="Arial" w:cs="Arial"/>
                <w:sz w:val="40"/>
                <w:szCs w:val="40"/>
              </w:rPr>
              <w:t>شنو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الأشياء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المهمة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بالنسبة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لي؟</w:t>
            </w:r>
          </w:p>
        </w:tc>
      </w:tr>
      <w:tr w:rsidR="00165C14" w14:paraId="746F78AE" w14:textId="77777777" w:rsidTr="003C1DBE">
        <w:trPr>
          <w:trHeight w:val="3022"/>
        </w:trPr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5EFB" w14:textId="77777777" w:rsidR="00165C14" w:rsidRPr="003C1DBE" w:rsidRDefault="00000000">
            <w:pPr>
              <w:jc w:val="right"/>
              <w:rPr>
                <w:rFonts w:ascii="Aptos" w:hAnsi="Aptos"/>
                <w:sz w:val="40"/>
                <w:szCs w:val="40"/>
              </w:rPr>
            </w:pPr>
            <w:r w:rsidRPr="003C1DBE">
              <w:rPr>
                <w:rFonts w:ascii="Arial" w:hAnsi="Arial" w:cs="Arial"/>
                <w:sz w:val="40"/>
                <w:szCs w:val="40"/>
              </w:rPr>
              <w:t>أهلي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وربعي</w:t>
            </w:r>
            <w:r w:rsidRPr="003C1DBE">
              <w:rPr>
                <w:rFonts w:ascii="Aptos" w:hAnsi="Aptos"/>
                <w:sz w:val="40"/>
                <w:szCs w:val="40"/>
              </w:rPr>
              <w:t>.</w:t>
            </w:r>
            <w:r w:rsidRPr="003C1DBE">
              <w:rPr>
                <w:rFonts w:ascii="Aptos" w:hAnsi="Aptos"/>
                <w:sz w:val="40"/>
                <w:szCs w:val="40"/>
              </w:rPr>
              <w:br/>
            </w:r>
            <w:r w:rsidRPr="003C1DBE">
              <w:rPr>
                <w:rFonts w:ascii="Arial" w:hAnsi="Arial" w:cs="Arial"/>
                <w:sz w:val="40"/>
                <w:szCs w:val="40"/>
              </w:rPr>
              <w:t>كلبي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الأليف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بير،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وهو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أكبر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بيبي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ممكن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تشوفونه</w:t>
            </w:r>
            <w:r w:rsidRPr="003C1DBE">
              <w:rPr>
                <w:rFonts w:ascii="Aptos" w:hAnsi="Aptos"/>
                <w:sz w:val="40"/>
                <w:szCs w:val="40"/>
              </w:rPr>
              <w:t>.</w:t>
            </w:r>
            <w:r w:rsidRPr="003C1DBE">
              <w:rPr>
                <w:rFonts w:ascii="Aptos" w:hAnsi="Aptos"/>
                <w:sz w:val="40"/>
                <w:szCs w:val="40"/>
              </w:rPr>
              <w:br/>
            </w:r>
            <w:r w:rsidRPr="003C1DBE">
              <w:rPr>
                <w:rFonts w:ascii="Arial" w:hAnsi="Arial" w:cs="Arial"/>
                <w:sz w:val="40"/>
                <w:szCs w:val="40"/>
              </w:rPr>
              <w:t>إن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يكون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عندي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وقت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أركض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أو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أسبح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أو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أطلع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بالدراجة</w:t>
            </w:r>
            <w:r w:rsidRPr="003C1DBE">
              <w:rPr>
                <w:rFonts w:ascii="Aptos" w:hAnsi="Aptos"/>
                <w:sz w:val="40"/>
                <w:szCs w:val="40"/>
              </w:rPr>
              <w:t>.</w:t>
            </w:r>
            <w:r w:rsidRPr="003C1DBE">
              <w:rPr>
                <w:rFonts w:ascii="Aptos" w:hAnsi="Aptos"/>
                <w:sz w:val="40"/>
                <w:szCs w:val="40"/>
              </w:rPr>
              <w:br/>
            </w:r>
            <w:r w:rsidRPr="003C1DBE">
              <w:rPr>
                <w:rFonts w:ascii="Arial" w:hAnsi="Arial" w:cs="Arial"/>
                <w:sz w:val="40"/>
                <w:szCs w:val="40"/>
              </w:rPr>
              <w:t>وأحب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الأكل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الطيب</w:t>
            </w:r>
            <w:r w:rsidRPr="003C1DBE">
              <w:rPr>
                <w:rFonts w:ascii="Aptos" w:hAnsi="Aptos"/>
                <w:sz w:val="40"/>
                <w:szCs w:val="40"/>
              </w:rPr>
              <w:t>! (</w:t>
            </w:r>
            <w:r w:rsidRPr="003C1DBE">
              <w:rPr>
                <w:rFonts w:ascii="Arial" w:hAnsi="Arial" w:cs="Arial"/>
                <w:sz w:val="40"/>
                <w:szCs w:val="40"/>
              </w:rPr>
              <w:t>وعشان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جذي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لازم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أركض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وأسبح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وأركب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الدراجة</w:t>
            </w:r>
            <w:r w:rsidRPr="003C1DBE">
              <w:rPr>
                <w:rFonts w:ascii="Aptos" w:hAnsi="Aptos"/>
                <w:sz w:val="40"/>
                <w:szCs w:val="40"/>
              </w:rPr>
              <w:t>).</w:t>
            </w:r>
          </w:p>
        </w:tc>
      </w:tr>
      <w:tr w:rsidR="00165C14" w14:paraId="0277A7B1" w14:textId="77777777" w:rsidTr="003C1DBE">
        <w:trPr>
          <w:trHeight w:val="4654"/>
        </w:trPr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9F92" w14:textId="77777777" w:rsidR="00165C14" w:rsidRPr="003C1DBE" w:rsidRDefault="00000000">
            <w:pPr>
              <w:jc w:val="right"/>
              <w:rPr>
                <w:rFonts w:ascii="Aptos" w:hAnsi="Aptos"/>
                <w:sz w:val="40"/>
                <w:szCs w:val="40"/>
              </w:rPr>
            </w:pPr>
            <w:r w:rsidRPr="003C1DBE">
              <w:rPr>
                <w:rFonts w:ascii="Arial" w:hAnsi="Arial" w:cs="Arial"/>
                <w:sz w:val="40"/>
                <w:szCs w:val="40"/>
              </w:rPr>
              <w:t>شلون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أتمنى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نشتغل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مع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بعض؟</w:t>
            </w:r>
            <w:r w:rsidRPr="003C1DBE">
              <w:rPr>
                <w:rFonts w:ascii="Aptos" w:hAnsi="Aptos"/>
                <w:sz w:val="40"/>
                <w:szCs w:val="40"/>
              </w:rPr>
              <w:br/>
            </w:r>
            <w:r w:rsidRPr="003C1DBE">
              <w:rPr>
                <w:rFonts w:ascii="Aptos" w:hAnsi="Aptos"/>
                <w:sz w:val="40"/>
                <w:szCs w:val="40"/>
              </w:rPr>
              <w:br/>
            </w:r>
            <w:r w:rsidRPr="003C1DBE">
              <w:rPr>
                <w:rFonts w:ascii="Arial" w:hAnsi="Arial" w:cs="Arial"/>
                <w:sz w:val="40"/>
                <w:szCs w:val="40"/>
              </w:rPr>
              <w:t>أشتغل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في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مجال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التعليم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من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30 </w:t>
            </w:r>
            <w:r w:rsidRPr="003C1DBE">
              <w:rPr>
                <w:rFonts w:ascii="Arial" w:hAnsi="Arial" w:cs="Arial"/>
                <w:sz w:val="40"/>
                <w:szCs w:val="40"/>
              </w:rPr>
              <w:t>سنة،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وعندي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شغف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كبير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بدعم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الأطفال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والشباب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. </w:t>
            </w:r>
            <w:r w:rsidRPr="003C1DBE">
              <w:rPr>
                <w:rFonts w:ascii="Arial" w:hAnsi="Arial" w:cs="Arial"/>
                <w:sz w:val="40"/>
                <w:szCs w:val="40"/>
              </w:rPr>
              <w:t>دايم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أبذل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كل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جهدي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وأشتغل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بجد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عشان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أحسن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الأمور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لكم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في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المدرسة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أو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الكلية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. </w:t>
            </w:r>
            <w:r w:rsidRPr="003C1DBE">
              <w:rPr>
                <w:rFonts w:ascii="Arial" w:hAnsi="Arial" w:cs="Arial"/>
                <w:sz w:val="40"/>
                <w:szCs w:val="40"/>
              </w:rPr>
              <w:t>أسمع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لكم،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وأكون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صريحة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ومحترمة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. </w:t>
            </w:r>
            <w:r w:rsidRPr="003C1DBE">
              <w:rPr>
                <w:rFonts w:ascii="Arial" w:hAnsi="Arial" w:cs="Arial"/>
                <w:sz w:val="40"/>
                <w:szCs w:val="40"/>
              </w:rPr>
              <w:t>وأتعاون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مع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غيري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من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البالغين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لتقديم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أفضل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تدريب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ممكن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عشان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يقدرون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يدعمونكم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بالشكل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الأفضل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. </w:t>
            </w:r>
            <w:r w:rsidRPr="003C1DBE">
              <w:rPr>
                <w:rFonts w:ascii="Arial" w:hAnsi="Arial" w:cs="Arial"/>
                <w:sz w:val="40"/>
                <w:szCs w:val="40"/>
              </w:rPr>
              <w:t>وأساندكم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في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تحقيق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طموحاتكم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وأشجعكم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توصلون</w:t>
            </w:r>
            <w:r w:rsidRPr="003C1DBE">
              <w:rPr>
                <w:rFonts w:ascii="Aptos" w:hAnsi="Aptos"/>
                <w:sz w:val="40"/>
                <w:szCs w:val="40"/>
              </w:rPr>
              <w:t xml:space="preserve"> </w:t>
            </w:r>
            <w:r w:rsidRPr="003C1DBE">
              <w:rPr>
                <w:rFonts w:ascii="Arial" w:hAnsi="Arial" w:cs="Arial"/>
                <w:sz w:val="40"/>
                <w:szCs w:val="40"/>
              </w:rPr>
              <w:t>لأهدافكم</w:t>
            </w:r>
            <w:r w:rsidRPr="003C1DBE">
              <w:rPr>
                <w:rFonts w:ascii="Aptos" w:hAnsi="Aptos"/>
                <w:sz w:val="40"/>
                <w:szCs w:val="40"/>
              </w:rPr>
              <w:t>.</w:t>
            </w:r>
          </w:p>
        </w:tc>
      </w:tr>
    </w:tbl>
    <w:p w14:paraId="4368EA52" w14:textId="77777777" w:rsidR="00E53E08" w:rsidRDefault="00E53E08"/>
    <w:sectPr w:rsidR="00E53E0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3015819">
    <w:abstractNumId w:val="8"/>
  </w:num>
  <w:num w:numId="2" w16cid:durableId="74908350">
    <w:abstractNumId w:val="6"/>
  </w:num>
  <w:num w:numId="3" w16cid:durableId="148056197">
    <w:abstractNumId w:val="5"/>
  </w:num>
  <w:num w:numId="4" w16cid:durableId="115492621">
    <w:abstractNumId w:val="4"/>
  </w:num>
  <w:num w:numId="5" w16cid:durableId="74279807">
    <w:abstractNumId w:val="7"/>
  </w:num>
  <w:num w:numId="6" w16cid:durableId="1460151417">
    <w:abstractNumId w:val="3"/>
  </w:num>
  <w:num w:numId="7" w16cid:durableId="1246955960">
    <w:abstractNumId w:val="2"/>
  </w:num>
  <w:num w:numId="8" w16cid:durableId="1726905284">
    <w:abstractNumId w:val="1"/>
  </w:num>
  <w:num w:numId="9" w16cid:durableId="1534227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5C14"/>
    <w:rsid w:val="0020212D"/>
    <w:rsid w:val="0029639D"/>
    <w:rsid w:val="00326F90"/>
    <w:rsid w:val="003C1DBE"/>
    <w:rsid w:val="009351A8"/>
    <w:rsid w:val="00AA1D8D"/>
    <w:rsid w:val="00B47730"/>
    <w:rsid w:val="00CB0664"/>
    <w:rsid w:val="00E53E0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5263E7"/>
  <w14:defaultImageDpi w14:val="300"/>
  <w15:docId w15:val="{8CC55B1D-148E-4500-8303-5AD65F334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2C08E6D685B47AB8EBBFC76CEB2C5" ma:contentTypeVersion="12" ma:contentTypeDescription="Create a new document." ma:contentTypeScope="" ma:versionID="23b2dfcdd09895e0dc604a059e9cf968">
  <xsd:schema xmlns:xsd="http://www.w3.org/2001/XMLSchema" xmlns:xs="http://www.w3.org/2001/XMLSchema" xmlns:p="http://schemas.microsoft.com/office/2006/metadata/properties" xmlns:ns2="e37784d0-5624-4db7-be91-5c9a9b2a69c1" xmlns:ns3="07cb0ae7-4148-4484-a5b9-1e8e812e7102" xmlns:ns4="4d81b9af-f9fc-4498-a266-2498754e9939" targetNamespace="http://schemas.microsoft.com/office/2006/metadata/properties" ma:root="true" ma:fieldsID="ee707aa3cea185ee7f5da4feca700cdc" ns2:_="" ns3:_="" ns4:_="">
    <xsd:import namespace="e37784d0-5624-4db7-be91-5c9a9b2a69c1"/>
    <xsd:import namespace="07cb0ae7-4148-4484-a5b9-1e8e812e7102"/>
    <xsd:import namespace="4d81b9af-f9fc-4498-a266-2498754e993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784d0-5624-4db7-be91-5c9a9b2a69c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dc966fa-4138-4b9c-b0e4-0cfe5a192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b0ae7-4148-4484-a5b9-1e8e812e710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d5c3a45-c8cb-4a97-9673-a16ab30edfe8}" ma:internalName="TaxCatchAll" ma:showField="CatchAllData" ma:web="4d81b9af-f9fc-4498-a266-2498754e9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1b9af-f9fc-4498-a266-2498754e99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7784d0-5624-4db7-be91-5c9a9b2a69c1">
      <Terms xmlns="http://schemas.microsoft.com/office/infopath/2007/PartnerControls"/>
    </lcf76f155ced4ddcb4097134ff3c332f>
    <TaxCatchAll xmlns="07cb0ae7-4148-4484-a5b9-1e8e812e7102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1343D4-C4AB-4544-B9EC-F8BE2430E64D}"/>
</file>

<file path=customXml/itemProps3.xml><?xml version="1.0" encoding="utf-8"?>
<ds:datastoreItem xmlns:ds="http://schemas.openxmlformats.org/officeDocument/2006/customXml" ds:itemID="{6D6F52D8-B38F-401D-8D15-60B1258297AE}"/>
</file>

<file path=customXml/itemProps4.xml><?xml version="1.0" encoding="utf-8"?>
<ds:datastoreItem xmlns:ds="http://schemas.openxmlformats.org/officeDocument/2006/customXml" ds:itemID="{6108CB11-DAD9-4244-A31B-ECC04EA46B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RAVINDIRAN, Kalpana</dc:creator>
  <cp:keywords/>
  <dc:description>generated by python-docx</dc:description>
  <cp:lastModifiedBy>RAVINDIRAN, Kalpana</cp:lastModifiedBy>
  <cp:revision>3</cp:revision>
  <dcterms:created xsi:type="dcterms:W3CDTF">2026-07-17T08:31:00Z</dcterms:created>
  <dcterms:modified xsi:type="dcterms:W3CDTF">2026-07-17T08:50:00Z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0x0101005072C08E6D685B47AB8EBBFC76CEB2C5</vt:lpwstr>
  </property>
</Properties>
</file>