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9" w:type="dxa"/>
        <w:tblLook w:val="04A0" w:firstRow="1" w:lastRow="0" w:firstColumn="1" w:lastColumn="0" w:noHBand="0" w:noVBand="1"/>
      </w:tblPr>
      <w:tblGrid>
        <w:gridCol w:w="9539"/>
      </w:tblGrid>
      <w:tr w:rsidR="00C47DAF" w14:paraId="4B41249E" w14:textId="77777777" w:rsidTr="00635AE5">
        <w:trPr>
          <w:trHeight w:val="759"/>
        </w:trPr>
        <w:tc>
          <w:tcPr>
            <w:tcW w:w="9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F0CF" w14:textId="77777777" w:rsidR="00C47DAF" w:rsidRPr="00635AE5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635AE5">
              <w:rPr>
                <w:rFonts w:ascii="Arial" w:hAnsi="Arial" w:cs="Arial"/>
                <w:b/>
                <w:sz w:val="40"/>
                <w:szCs w:val="40"/>
              </w:rPr>
              <w:t>نبذة</w:t>
            </w:r>
            <w:r w:rsidRPr="00635AE5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b/>
                <w:sz w:val="40"/>
                <w:szCs w:val="40"/>
              </w:rPr>
              <w:t>تعريفية</w:t>
            </w:r>
            <w:r w:rsidRPr="00635AE5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b/>
                <w:sz w:val="40"/>
                <w:szCs w:val="40"/>
              </w:rPr>
              <w:t>في</w:t>
            </w:r>
            <w:r w:rsidRPr="00635AE5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b/>
                <w:sz w:val="40"/>
                <w:szCs w:val="40"/>
              </w:rPr>
              <w:t>صفحة</w:t>
            </w:r>
            <w:r w:rsidRPr="00635AE5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b/>
                <w:sz w:val="40"/>
                <w:szCs w:val="40"/>
              </w:rPr>
              <w:t>واحدة</w:t>
            </w:r>
            <w:r w:rsidRPr="00635AE5">
              <w:rPr>
                <w:rFonts w:ascii="Aptos" w:hAnsi="Aptos"/>
                <w:b/>
                <w:sz w:val="40"/>
                <w:szCs w:val="40"/>
              </w:rPr>
              <w:t xml:space="preserve">: </w:t>
            </w:r>
            <w:r w:rsidRPr="00635AE5">
              <w:rPr>
                <w:rFonts w:ascii="Arial" w:hAnsi="Arial" w:cs="Arial"/>
                <w:b/>
                <w:sz w:val="40"/>
                <w:szCs w:val="40"/>
              </w:rPr>
              <w:t>سارة</w:t>
            </w:r>
            <w:r w:rsidRPr="00635AE5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b/>
                <w:sz w:val="40"/>
                <w:szCs w:val="40"/>
              </w:rPr>
              <w:t>بول</w:t>
            </w:r>
          </w:p>
        </w:tc>
      </w:tr>
      <w:tr w:rsidR="00C47DAF" w14:paraId="6DB3BE1B" w14:textId="77777777" w:rsidTr="00635AE5">
        <w:trPr>
          <w:trHeight w:val="774"/>
        </w:trPr>
        <w:tc>
          <w:tcPr>
            <w:tcW w:w="9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9F23" w14:textId="77777777" w:rsidR="00C47DAF" w:rsidRPr="00635AE5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635AE5">
              <w:rPr>
                <w:rFonts w:ascii="Arial" w:hAnsi="Arial" w:cs="Arial"/>
                <w:sz w:val="40"/>
                <w:szCs w:val="40"/>
              </w:rPr>
              <w:t>الوظيفة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: </w:t>
            </w:r>
            <w:r w:rsidRPr="00635AE5">
              <w:rPr>
                <w:rFonts w:ascii="Arial" w:hAnsi="Arial" w:cs="Arial"/>
                <w:sz w:val="40"/>
                <w:szCs w:val="40"/>
              </w:rPr>
              <w:t>نائبة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مدير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المدرسة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الافتراضية</w:t>
            </w:r>
          </w:p>
        </w:tc>
      </w:tr>
      <w:tr w:rsidR="00C47DAF" w14:paraId="0BFD366A" w14:textId="77777777" w:rsidTr="00635AE5">
        <w:trPr>
          <w:trHeight w:val="728"/>
        </w:trPr>
        <w:tc>
          <w:tcPr>
            <w:tcW w:w="9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FB16" w14:textId="77777777" w:rsidR="00C47DAF" w:rsidRPr="00635AE5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635AE5">
              <w:rPr>
                <w:rFonts w:ascii="Arial" w:hAnsi="Arial" w:cs="Arial"/>
                <w:sz w:val="40"/>
                <w:szCs w:val="40"/>
              </w:rPr>
              <w:t>إيه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الحاجات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المهمة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بالنسبة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لي؟</w:t>
            </w:r>
          </w:p>
        </w:tc>
      </w:tr>
      <w:tr w:rsidR="00C47DAF" w14:paraId="579C7980" w14:textId="77777777" w:rsidTr="00635AE5">
        <w:trPr>
          <w:trHeight w:val="3036"/>
        </w:trPr>
        <w:tc>
          <w:tcPr>
            <w:tcW w:w="9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358F" w14:textId="77777777" w:rsidR="00C47DAF" w:rsidRPr="00635AE5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635AE5">
              <w:rPr>
                <w:rFonts w:ascii="Arial" w:hAnsi="Arial" w:cs="Arial"/>
                <w:sz w:val="40"/>
                <w:szCs w:val="40"/>
              </w:rPr>
              <w:t>عيلتي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وأصحابي</w:t>
            </w:r>
            <w:r w:rsidRPr="00635AE5">
              <w:rPr>
                <w:rFonts w:ascii="Aptos" w:hAnsi="Aptos"/>
                <w:sz w:val="40"/>
                <w:szCs w:val="40"/>
              </w:rPr>
              <w:t>.</w:t>
            </w:r>
            <w:r w:rsidRPr="00635AE5">
              <w:rPr>
                <w:rFonts w:ascii="Aptos" w:hAnsi="Aptos"/>
                <w:sz w:val="40"/>
                <w:szCs w:val="40"/>
              </w:rPr>
              <w:br/>
            </w:r>
            <w:r w:rsidRPr="00635AE5">
              <w:rPr>
                <w:rFonts w:ascii="Arial" w:hAnsi="Arial" w:cs="Arial"/>
                <w:sz w:val="40"/>
                <w:szCs w:val="40"/>
              </w:rPr>
              <w:t>كلبي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"</w:t>
            </w:r>
            <w:r w:rsidRPr="00635AE5">
              <w:rPr>
                <w:rFonts w:ascii="Arial" w:hAnsi="Arial" w:cs="Arial"/>
                <w:sz w:val="40"/>
                <w:szCs w:val="40"/>
              </w:rPr>
              <w:t>بير</w:t>
            </w:r>
            <w:r w:rsidRPr="00635AE5">
              <w:rPr>
                <w:rFonts w:ascii="Aptos" w:hAnsi="Aptos"/>
                <w:sz w:val="40"/>
                <w:szCs w:val="40"/>
              </w:rPr>
              <w:t>"</w:t>
            </w:r>
            <w:r w:rsidRPr="00635AE5">
              <w:rPr>
                <w:rFonts w:ascii="Arial" w:hAnsi="Arial" w:cs="Arial"/>
                <w:sz w:val="40"/>
                <w:szCs w:val="40"/>
              </w:rPr>
              <w:t>،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وده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أكبر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بيبي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ممكن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تشوفه</w:t>
            </w:r>
            <w:r w:rsidRPr="00635AE5">
              <w:rPr>
                <w:rFonts w:ascii="Aptos" w:hAnsi="Aptos"/>
                <w:sz w:val="40"/>
                <w:szCs w:val="40"/>
              </w:rPr>
              <w:t>!</w:t>
            </w:r>
            <w:r w:rsidRPr="00635AE5">
              <w:rPr>
                <w:rFonts w:ascii="Aptos" w:hAnsi="Aptos"/>
                <w:sz w:val="40"/>
                <w:szCs w:val="40"/>
              </w:rPr>
              <w:br/>
            </w:r>
            <w:r w:rsidRPr="00635AE5">
              <w:rPr>
                <w:rFonts w:ascii="Arial" w:hAnsi="Arial" w:cs="Arial"/>
                <w:sz w:val="40"/>
                <w:szCs w:val="40"/>
              </w:rPr>
              <w:t>إن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يكون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عندي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وقت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أجري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أو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أعوم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أو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أركب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العجلة</w:t>
            </w:r>
            <w:r w:rsidRPr="00635AE5">
              <w:rPr>
                <w:rFonts w:ascii="Aptos" w:hAnsi="Aptos"/>
                <w:sz w:val="40"/>
                <w:szCs w:val="40"/>
              </w:rPr>
              <w:t>.</w:t>
            </w:r>
            <w:r w:rsidRPr="00635AE5">
              <w:rPr>
                <w:rFonts w:ascii="Aptos" w:hAnsi="Aptos"/>
                <w:sz w:val="40"/>
                <w:szCs w:val="40"/>
              </w:rPr>
              <w:br/>
            </w:r>
            <w:r w:rsidRPr="00635AE5">
              <w:rPr>
                <w:rFonts w:ascii="Arial" w:hAnsi="Arial" w:cs="Arial"/>
                <w:sz w:val="40"/>
                <w:szCs w:val="40"/>
              </w:rPr>
              <w:t>وبحب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الأكل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الحلو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جداً</w:t>
            </w:r>
            <w:r w:rsidRPr="00635AE5">
              <w:rPr>
                <w:rFonts w:ascii="Aptos" w:hAnsi="Aptos"/>
                <w:sz w:val="40"/>
                <w:szCs w:val="40"/>
              </w:rPr>
              <w:t>! (</w:t>
            </w:r>
            <w:r w:rsidRPr="00635AE5">
              <w:rPr>
                <w:rFonts w:ascii="Arial" w:hAnsi="Arial" w:cs="Arial"/>
                <w:sz w:val="40"/>
                <w:szCs w:val="40"/>
              </w:rPr>
              <w:t>وعشان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كده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لازم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أجري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وأعوم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وأركب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العجلة</w:t>
            </w:r>
            <w:r w:rsidRPr="00635AE5">
              <w:rPr>
                <w:rFonts w:ascii="Aptos" w:hAnsi="Aptos"/>
                <w:sz w:val="40"/>
                <w:szCs w:val="40"/>
              </w:rPr>
              <w:t>).</w:t>
            </w:r>
          </w:p>
        </w:tc>
      </w:tr>
      <w:tr w:rsidR="00C47DAF" w14:paraId="5152B3C8" w14:textId="77777777" w:rsidTr="00635AE5">
        <w:trPr>
          <w:trHeight w:val="4706"/>
        </w:trPr>
        <w:tc>
          <w:tcPr>
            <w:tcW w:w="9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970" w14:textId="77777777" w:rsidR="00C47DAF" w:rsidRPr="00635AE5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635AE5">
              <w:rPr>
                <w:rFonts w:ascii="Arial" w:hAnsi="Arial" w:cs="Arial"/>
                <w:sz w:val="40"/>
                <w:szCs w:val="40"/>
              </w:rPr>
              <w:t>إزاي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أتمنى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نشتغل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مع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بعض؟</w:t>
            </w:r>
            <w:r w:rsidRPr="00635AE5">
              <w:rPr>
                <w:rFonts w:ascii="Aptos" w:hAnsi="Aptos"/>
                <w:sz w:val="40"/>
                <w:szCs w:val="40"/>
              </w:rPr>
              <w:br/>
            </w:r>
            <w:r w:rsidRPr="00635AE5">
              <w:rPr>
                <w:rFonts w:ascii="Aptos" w:hAnsi="Aptos"/>
                <w:sz w:val="40"/>
                <w:szCs w:val="40"/>
              </w:rPr>
              <w:br/>
            </w:r>
            <w:r w:rsidRPr="00635AE5">
              <w:rPr>
                <w:rFonts w:ascii="Arial" w:hAnsi="Arial" w:cs="Arial"/>
                <w:sz w:val="40"/>
                <w:szCs w:val="40"/>
              </w:rPr>
              <w:t>أنا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بشتغل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في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مجال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التعليم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بقالى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30 </w:t>
            </w:r>
            <w:r w:rsidRPr="00635AE5">
              <w:rPr>
                <w:rFonts w:ascii="Arial" w:hAnsi="Arial" w:cs="Arial"/>
                <w:sz w:val="40"/>
                <w:szCs w:val="40"/>
              </w:rPr>
              <w:t>سنة،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وعندي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شغف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كبير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بدعم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الأطفال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والشباب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. </w:t>
            </w:r>
            <w:r w:rsidRPr="00635AE5">
              <w:rPr>
                <w:rFonts w:ascii="Arial" w:hAnsi="Arial" w:cs="Arial"/>
                <w:sz w:val="40"/>
                <w:szCs w:val="40"/>
              </w:rPr>
              <w:t>دايماً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هبذل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كل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جهدي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وأشتغل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بجد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علشان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أحسن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الأمور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ليك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في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المدرسة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أو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الكلية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. </w:t>
            </w:r>
            <w:r w:rsidRPr="00635AE5">
              <w:rPr>
                <w:rFonts w:ascii="Arial" w:hAnsi="Arial" w:cs="Arial"/>
                <w:sz w:val="40"/>
                <w:szCs w:val="40"/>
              </w:rPr>
              <w:t>هسمع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لك،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وهكون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صريحة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ومحترمة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في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التعامل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. </w:t>
            </w:r>
            <w:r w:rsidRPr="00635AE5">
              <w:rPr>
                <w:rFonts w:ascii="Arial" w:hAnsi="Arial" w:cs="Arial"/>
                <w:sz w:val="40"/>
                <w:szCs w:val="40"/>
              </w:rPr>
              <w:t>وكمان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هشتغل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مع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الكبار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التانيين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علشان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نوفر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أفضل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تدريب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ممكن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يساعدهم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يدعموك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بالشكل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المناسب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. </w:t>
            </w:r>
            <w:r w:rsidRPr="00635AE5">
              <w:rPr>
                <w:rFonts w:ascii="Arial" w:hAnsi="Arial" w:cs="Arial"/>
                <w:sz w:val="40"/>
                <w:szCs w:val="40"/>
              </w:rPr>
              <w:t>وهساعدك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تحقق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طموحاتك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وأشجعك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توصل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لأهدافك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وتنجح</w:t>
            </w:r>
            <w:r w:rsidRPr="00635AE5">
              <w:rPr>
                <w:rFonts w:ascii="Aptos" w:hAnsi="Aptos"/>
                <w:sz w:val="40"/>
                <w:szCs w:val="40"/>
              </w:rPr>
              <w:t xml:space="preserve"> </w:t>
            </w:r>
            <w:r w:rsidRPr="00635AE5">
              <w:rPr>
                <w:rFonts w:ascii="Arial" w:hAnsi="Arial" w:cs="Arial"/>
                <w:sz w:val="40"/>
                <w:szCs w:val="40"/>
              </w:rPr>
              <w:t>فيها</w:t>
            </w:r>
            <w:r w:rsidRPr="00635AE5">
              <w:rPr>
                <w:rFonts w:ascii="Aptos" w:hAnsi="Aptos"/>
                <w:sz w:val="40"/>
                <w:szCs w:val="40"/>
              </w:rPr>
              <w:t>.</w:t>
            </w:r>
          </w:p>
        </w:tc>
      </w:tr>
    </w:tbl>
    <w:p w14:paraId="6CC7CE2E" w14:textId="77777777" w:rsidR="00DC1938" w:rsidRDefault="00DC1938"/>
    <w:sectPr w:rsidR="00DC19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6315109">
    <w:abstractNumId w:val="8"/>
  </w:num>
  <w:num w:numId="2" w16cid:durableId="166753803">
    <w:abstractNumId w:val="6"/>
  </w:num>
  <w:num w:numId="3" w16cid:durableId="756755408">
    <w:abstractNumId w:val="5"/>
  </w:num>
  <w:num w:numId="4" w16cid:durableId="671418448">
    <w:abstractNumId w:val="4"/>
  </w:num>
  <w:num w:numId="5" w16cid:durableId="1827670721">
    <w:abstractNumId w:val="7"/>
  </w:num>
  <w:num w:numId="6" w16cid:durableId="203566595">
    <w:abstractNumId w:val="3"/>
  </w:num>
  <w:num w:numId="7" w16cid:durableId="650520947">
    <w:abstractNumId w:val="2"/>
  </w:num>
  <w:num w:numId="8" w16cid:durableId="534315209">
    <w:abstractNumId w:val="1"/>
  </w:num>
  <w:num w:numId="9" w16cid:durableId="19237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196E"/>
    <w:rsid w:val="00326F90"/>
    <w:rsid w:val="00635AE5"/>
    <w:rsid w:val="009351A8"/>
    <w:rsid w:val="00AA1D8D"/>
    <w:rsid w:val="00B47730"/>
    <w:rsid w:val="00C47DAF"/>
    <w:rsid w:val="00CB0664"/>
    <w:rsid w:val="00DC19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C659B4"/>
  <w14:defaultImageDpi w14:val="300"/>
  <w15:docId w15:val="{8CC55B1D-148E-4500-8303-5AD65F33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8D69A0-9736-4346-94C2-B30C94BDB775}"/>
</file>

<file path=customXml/itemProps3.xml><?xml version="1.0" encoding="utf-8"?>
<ds:datastoreItem xmlns:ds="http://schemas.openxmlformats.org/officeDocument/2006/customXml" ds:itemID="{BF3753BF-D7B0-4767-913A-A5121E21B4C5}"/>
</file>

<file path=customXml/itemProps4.xml><?xml version="1.0" encoding="utf-8"?>
<ds:datastoreItem xmlns:ds="http://schemas.openxmlformats.org/officeDocument/2006/customXml" ds:itemID="{49391D34-5BAD-49FA-9A08-82B2963A27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RAVINDIRAN, Kalpana</dc:creator>
  <cp:keywords/>
  <dc:description>generated by python-docx</dc:description>
  <cp:lastModifiedBy>RAVINDIRAN, Kalpana</cp:lastModifiedBy>
  <cp:revision>3</cp:revision>
  <dcterms:created xsi:type="dcterms:W3CDTF">2026-07-17T08:24:00Z</dcterms:created>
  <dcterms:modified xsi:type="dcterms:W3CDTF">2026-07-17T08:48:00Z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</Properties>
</file>