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2" w:type="dxa"/>
        <w:jc w:val="center"/>
        <w:tblLook w:val="04A0" w:firstRow="1" w:lastRow="0" w:firstColumn="1" w:lastColumn="0" w:noHBand="0" w:noVBand="1"/>
      </w:tblPr>
      <w:tblGrid>
        <w:gridCol w:w="9082"/>
      </w:tblGrid>
      <w:tr w:rsidR="00E33C52" w14:paraId="6ECCA3DD" w14:textId="77777777" w:rsidTr="004648E1">
        <w:trPr>
          <w:trHeight w:val="751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CC63" w14:textId="10CFF15D" w:rsidR="00E33C52" w:rsidRPr="00F83A5F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proofErr w:type="spellStart"/>
            <w:r w:rsidRPr="00F83A5F">
              <w:rPr>
                <w:rFonts w:ascii="Arial" w:hAnsi="Arial" w:cs="Arial"/>
                <w:b/>
                <w:sz w:val="40"/>
                <w:szCs w:val="40"/>
              </w:rPr>
              <w:t>پروفایل</w:t>
            </w:r>
            <w:proofErr w:type="spellEnd"/>
            <w:r w:rsidRPr="00F83A5F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b/>
                <w:sz w:val="40"/>
                <w:szCs w:val="40"/>
              </w:rPr>
              <w:t>یک</w:t>
            </w:r>
            <w:proofErr w:type="spellEnd"/>
            <w:r w:rsidRPr="00F83A5F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b/>
                <w:sz w:val="40"/>
                <w:szCs w:val="40"/>
              </w:rPr>
              <w:t>صفحه</w:t>
            </w:r>
            <w:r w:rsidRPr="00F83A5F">
              <w:rPr>
                <w:rFonts w:ascii="Aptos" w:hAnsi="Aptos"/>
                <w:b/>
                <w:sz w:val="40"/>
                <w:szCs w:val="40"/>
              </w:rPr>
              <w:t>‌</w:t>
            </w:r>
            <w:r w:rsidRPr="00F83A5F">
              <w:rPr>
                <w:rFonts w:ascii="Arial" w:hAnsi="Arial" w:cs="Arial"/>
                <w:b/>
                <w:sz w:val="40"/>
                <w:szCs w:val="40"/>
              </w:rPr>
              <w:t>ای</w:t>
            </w:r>
            <w:proofErr w:type="spellEnd"/>
            <w:r w:rsidRPr="00F83A5F">
              <w:rPr>
                <w:rFonts w:ascii="Aptos" w:hAnsi="Aptos"/>
                <w:b/>
                <w:sz w:val="40"/>
                <w:szCs w:val="40"/>
              </w:rPr>
              <w:t xml:space="preserve">: </w:t>
            </w:r>
            <w:proofErr w:type="spellStart"/>
            <w:r w:rsidRPr="00F83A5F">
              <w:rPr>
                <w:rFonts w:ascii="Arial" w:hAnsi="Arial" w:cs="Arial"/>
                <w:b/>
                <w:sz w:val="40"/>
                <w:szCs w:val="40"/>
              </w:rPr>
              <w:t>سارا</w:t>
            </w:r>
            <w:proofErr w:type="spellEnd"/>
            <w:r w:rsidRPr="00F83A5F">
              <w:rPr>
                <w:rFonts w:ascii="Aptos" w:hAnsi="Aptos"/>
                <w:b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b/>
                <w:sz w:val="40"/>
                <w:szCs w:val="40"/>
              </w:rPr>
              <w:t>پول</w:t>
            </w:r>
            <w:proofErr w:type="spellEnd"/>
          </w:p>
        </w:tc>
      </w:tr>
      <w:tr w:rsidR="00E33C52" w14:paraId="032F2FF9" w14:textId="77777777" w:rsidTr="004648E1">
        <w:trPr>
          <w:trHeight w:val="766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5470" w14:textId="77777777" w:rsidR="00E33C52" w:rsidRPr="00F83A5F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F83A5F">
              <w:rPr>
                <w:rFonts w:ascii="Arial" w:hAnsi="Arial" w:cs="Arial"/>
                <w:sz w:val="40"/>
                <w:szCs w:val="40"/>
              </w:rPr>
              <w:t>سمت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: </w:t>
            </w:r>
            <w:r w:rsidRPr="00F83A5F">
              <w:rPr>
                <w:rFonts w:ascii="Arial" w:hAnsi="Arial" w:cs="Arial"/>
                <w:sz w:val="40"/>
                <w:szCs w:val="40"/>
              </w:rPr>
              <w:t>معاون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مدیر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مدرسه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مجازی</w:t>
            </w:r>
          </w:p>
        </w:tc>
      </w:tr>
      <w:tr w:rsidR="00E33C52" w14:paraId="4DAC9618" w14:textId="77777777" w:rsidTr="004648E1">
        <w:trPr>
          <w:trHeight w:val="751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0A6B" w14:textId="77777777" w:rsidR="00E33C52" w:rsidRPr="00F83A5F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F83A5F">
              <w:rPr>
                <w:rFonts w:ascii="Arial" w:hAnsi="Arial" w:cs="Arial"/>
                <w:sz w:val="40"/>
                <w:szCs w:val="40"/>
              </w:rPr>
              <w:t>آنچه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برای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من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مهم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است</w:t>
            </w:r>
            <w:r w:rsidRPr="00F83A5F">
              <w:rPr>
                <w:rFonts w:ascii="Aptos" w:hAnsi="Aptos"/>
                <w:sz w:val="40"/>
                <w:szCs w:val="40"/>
              </w:rPr>
              <w:t>:</w:t>
            </w:r>
          </w:p>
        </w:tc>
      </w:tr>
      <w:tr w:rsidR="00E33C52" w14:paraId="354F8CB4" w14:textId="77777777" w:rsidTr="004648E1">
        <w:trPr>
          <w:trHeight w:val="2448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04C9" w14:textId="77777777" w:rsidR="00E33C52" w:rsidRPr="00F83A5F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r w:rsidRPr="00F83A5F">
              <w:rPr>
                <w:rFonts w:ascii="Arial" w:hAnsi="Arial" w:cs="Arial"/>
                <w:sz w:val="40"/>
                <w:szCs w:val="40"/>
              </w:rPr>
              <w:t>خانواده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و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دوستانم</w:t>
            </w:r>
            <w:r w:rsidRPr="00F83A5F">
              <w:rPr>
                <w:rFonts w:ascii="Aptos" w:hAnsi="Aptos"/>
                <w:sz w:val="40"/>
                <w:szCs w:val="40"/>
              </w:rPr>
              <w:t>.</w:t>
            </w:r>
            <w:r w:rsidRPr="00F83A5F">
              <w:rPr>
                <w:rFonts w:ascii="Aptos" w:hAnsi="Aptos"/>
                <w:sz w:val="40"/>
                <w:szCs w:val="40"/>
              </w:rPr>
              <w:br/>
            </w:r>
            <w:r w:rsidRPr="00F83A5F">
              <w:rPr>
                <w:rFonts w:ascii="Arial" w:hAnsi="Arial" w:cs="Arial"/>
                <w:sz w:val="40"/>
                <w:szCs w:val="40"/>
              </w:rPr>
              <w:t>سگ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خانگی</w:t>
            </w:r>
            <w:r w:rsidRPr="00F83A5F">
              <w:rPr>
                <w:rFonts w:ascii="Aptos" w:hAnsi="Aptos"/>
                <w:sz w:val="40"/>
                <w:szCs w:val="40"/>
              </w:rPr>
              <w:t>‌</w:t>
            </w:r>
            <w:r w:rsidRPr="00F83A5F">
              <w:rPr>
                <w:rFonts w:ascii="Arial" w:hAnsi="Arial" w:cs="Arial"/>
                <w:sz w:val="40"/>
                <w:szCs w:val="40"/>
              </w:rPr>
              <w:t>ام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«</w:t>
            </w:r>
            <w:r w:rsidRPr="00F83A5F">
              <w:rPr>
                <w:rFonts w:ascii="Arial" w:hAnsi="Arial" w:cs="Arial"/>
                <w:sz w:val="40"/>
                <w:szCs w:val="40"/>
              </w:rPr>
              <w:t>بِر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» </w:t>
            </w:r>
            <w:r w:rsidRPr="00F83A5F">
              <w:rPr>
                <w:rFonts w:ascii="Arial" w:hAnsi="Arial" w:cs="Arial"/>
                <w:sz w:val="40"/>
                <w:szCs w:val="40"/>
              </w:rPr>
              <w:t>که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واقعاً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مثل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یک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بچه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بزرگ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است</w:t>
            </w:r>
            <w:r w:rsidRPr="00F83A5F">
              <w:rPr>
                <w:rFonts w:ascii="Aptos" w:hAnsi="Aptos"/>
                <w:sz w:val="40"/>
                <w:szCs w:val="40"/>
              </w:rPr>
              <w:t>.</w:t>
            </w:r>
            <w:r w:rsidRPr="00F83A5F">
              <w:rPr>
                <w:rFonts w:ascii="Aptos" w:hAnsi="Aptos"/>
                <w:sz w:val="40"/>
                <w:szCs w:val="40"/>
              </w:rPr>
              <w:br/>
            </w:r>
            <w:r w:rsidRPr="00F83A5F">
              <w:rPr>
                <w:rFonts w:ascii="Arial" w:hAnsi="Arial" w:cs="Arial"/>
                <w:sz w:val="40"/>
                <w:szCs w:val="40"/>
              </w:rPr>
              <w:t>داشتن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وقت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برای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دویدن،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شنا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کردن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یا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دوچرخه</w:t>
            </w:r>
            <w:r w:rsidRPr="00F83A5F">
              <w:rPr>
                <w:rFonts w:ascii="Aptos" w:hAnsi="Aptos"/>
                <w:sz w:val="40"/>
                <w:szCs w:val="40"/>
              </w:rPr>
              <w:t>‌</w:t>
            </w:r>
            <w:r w:rsidRPr="00F83A5F">
              <w:rPr>
                <w:rFonts w:ascii="Arial" w:hAnsi="Arial" w:cs="Arial"/>
                <w:sz w:val="40"/>
                <w:szCs w:val="40"/>
              </w:rPr>
              <w:t>سواری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. </w:t>
            </w:r>
            <w:r w:rsidRPr="00F83A5F">
              <w:rPr>
                <w:rFonts w:ascii="Arial" w:hAnsi="Arial" w:cs="Arial"/>
                <w:sz w:val="40"/>
                <w:szCs w:val="40"/>
              </w:rPr>
              <w:t>غذای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خوب</w:t>
            </w:r>
            <w:r w:rsidRPr="00F83A5F">
              <w:rPr>
                <w:rFonts w:ascii="Aptos" w:hAnsi="Aptos"/>
                <w:sz w:val="40"/>
                <w:szCs w:val="40"/>
              </w:rPr>
              <w:t>! (</w:t>
            </w:r>
            <w:r w:rsidRPr="00F83A5F">
              <w:rPr>
                <w:rFonts w:ascii="Arial" w:hAnsi="Arial" w:cs="Arial"/>
                <w:sz w:val="40"/>
                <w:szCs w:val="40"/>
              </w:rPr>
              <w:t>به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همین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دلیل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است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باید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بدوم،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شنا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کنم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یا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دوچرخه</w:t>
            </w:r>
            <w:r w:rsidRPr="00F83A5F">
              <w:rPr>
                <w:rFonts w:ascii="Aptos" w:hAnsi="Aptos"/>
                <w:sz w:val="40"/>
                <w:szCs w:val="40"/>
              </w:rPr>
              <w:t>‌</w:t>
            </w:r>
            <w:r w:rsidRPr="00F83A5F">
              <w:rPr>
                <w:rFonts w:ascii="Arial" w:hAnsi="Arial" w:cs="Arial"/>
                <w:sz w:val="40"/>
                <w:szCs w:val="40"/>
              </w:rPr>
              <w:t>سواری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کنم</w:t>
            </w:r>
            <w:r w:rsidRPr="00F83A5F">
              <w:rPr>
                <w:rFonts w:ascii="Aptos" w:hAnsi="Aptos"/>
                <w:sz w:val="40"/>
                <w:szCs w:val="40"/>
              </w:rPr>
              <w:t>.)</w:t>
            </w:r>
          </w:p>
        </w:tc>
      </w:tr>
      <w:tr w:rsidR="00E33C52" w14:paraId="6B993D23" w14:textId="77777777" w:rsidTr="004648E1">
        <w:trPr>
          <w:trHeight w:val="5723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AEA1" w14:textId="77777777" w:rsidR="00E33C52" w:rsidRPr="00F83A5F" w:rsidRDefault="00000000">
            <w:pPr>
              <w:jc w:val="right"/>
              <w:rPr>
                <w:rFonts w:ascii="Aptos" w:hAnsi="Aptos"/>
                <w:sz w:val="40"/>
                <w:szCs w:val="40"/>
              </w:rPr>
            </w:pP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امید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دارم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چگونه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با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هم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کار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کنیم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>:</w:t>
            </w:r>
            <w:r w:rsidRPr="00F83A5F">
              <w:rPr>
                <w:rFonts w:ascii="Aptos" w:hAnsi="Aptos"/>
                <w:sz w:val="40"/>
                <w:szCs w:val="40"/>
              </w:rPr>
              <w:br/>
            </w:r>
            <w:r w:rsidRPr="00F83A5F">
              <w:rPr>
                <w:rFonts w:ascii="Aptos" w:hAnsi="Aptos"/>
                <w:sz w:val="40"/>
                <w:szCs w:val="40"/>
              </w:rPr>
              <w:br/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من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۳۰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سال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است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در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حوزه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آموزش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کار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می</w:t>
            </w:r>
            <w:r w:rsidRPr="00F83A5F">
              <w:rPr>
                <w:rFonts w:ascii="Aptos" w:hAnsi="Aptos"/>
                <w:sz w:val="40"/>
                <w:szCs w:val="40"/>
              </w:rPr>
              <w:t>‌</w:t>
            </w:r>
            <w:r w:rsidRPr="00F83A5F">
              <w:rPr>
                <w:rFonts w:ascii="Arial" w:hAnsi="Arial" w:cs="Arial"/>
                <w:sz w:val="40"/>
                <w:szCs w:val="40"/>
              </w:rPr>
              <w:t>کنم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و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علاقه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و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تعهد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زیادی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حمایت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از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کودکان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و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جوانان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دارم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. </w:t>
            </w:r>
            <w:r w:rsidRPr="00F83A5F">
              <w:rPr>
                <w:rFonts w:ascii="Arial" w:hAnsi="Arial" w:cs="Arial"/>
                <w:sz w:val="40"/>
                <w:szCs w:val="40"/>
              </w:rPr>
              <w:t>همیشه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سخت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تلاش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خواهم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کرد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و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تمام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توانم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را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کار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می</w:t>
            </w:r>
            <w:r w:rsidRPr="00F83A5F">
              <w:rPr>
                <w:rFonts w:ascii="Aptos" w:hAnsi="Aptos"/>
                <w:sz w:val="40"/>
                <w:szCs w:val="40"/>
              </w:rPr>
              <w:t>‌</w:t>
            </w:r>
            <w:r w:rsidRPr="00F83A5F">
              <w:rPr>
                <w:rFonts w:ascii="Arial" w:hAnsi="Arial" w:cs="Arial"/>
                <w:sz w:val="40"/>
                <w:szCs w:val="40"/>
              </w:rPr>
              <w:t>گیرم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تا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شرایط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را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برای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شما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در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مدرسه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یا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کالج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بهتر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کنم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. </w:t>
            </w:r>
            <w:r w:rsidRPr="00F83A5F">
              <w:rPr>
                <w:rFonts w:ascii="Arial" w:hAnsi="Arial" w:cs="Arial"/>
                <w:sz w:val="40"/>
                <w:szCs w:val="40"/>
              </w:rPr>
              <w:t>به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حرف</w:t>
            </w:r>
            <w:r w:rsidRPr="00F83A5F">
              <w:rPr>
                <w:rFonts w:ascii="Aptos" w:hAnsi="Aptos"/>
                <w:sz w:val="40"/>
                <w:szCs w:val="40"/>
              </w:rPr>
              <w:t>‌</w:t>
            </w:r>
            <w:r w:rsidRPr="00F83A5F">
              <w:rPr>
                <w:rFonts w:ascii="Arial" w:hAnsi="Arial" w:cs="Arial"/>
                <w:sz w:val="40"/>
                <w:szCs w:val="40"/>
              </w:rPr>
              <w:t>های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شما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گوش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خواهم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داد،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صادق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و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محترمانه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خواهم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بود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. </w:t>
            </w:r>
            <w:r w:rsidRPr="00F83A5F">
              <w:rPr>
                <w:rFonts w:ascii="Arial" w:hAnsi="Arial" w:cs="Arial"/>
                <w:sz w:val="40"/>
                <w:szCs w:val="40"/>
              </w:rPr>
              <w:t>با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دیگر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بزرگسالان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همکاری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خواهم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کرد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تا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بهترین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آموزش</w:t>
            </w:r>
            <w:r w:rsidRPr="00F83A5F">
              <w:rPr>
                <w:rFonts w:ascii="Aptos" w:hAnsi="Aptos"/>
                <w:sz w:val="40"/>
                <w:szCs w:val="40"/>
              </w:rPr>
              <w:t>‌</w:t>
            </w:r>
            <w:r w:rsidRPr="00F83A5F">
              <w:rPr>
                <w:rFonts w:ascii="Arial" w:hAnsi="Arial" w:cs="Arial"/>
                <w:sz w:val="40"/>
                <w:szCs w:val="40"/>
              </w:rPr>
              <w:t>ها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را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ارائه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دهند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تا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بتوانند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بهتر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از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شما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حمایت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کنند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. </w:t>
            </w:r>
            <w:r w:rsidRPr="00F83A5F">
              <w:rPr>
                <w:rFonts w:ascii="Arial" w:hAnsi="Arial" w:cs="Arial"/>
                <w:sz w:val="40"/>
                <w:szCs w:val="40"/>
              </w:rPr>
              <w:t>از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شما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برای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دستیابی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به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آرزوها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و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اهداف</w:t>
            </w:r>
            <w:r w:rsidRPr="00F83A5F">
              <w:rPr>
                <w:rFonts w:ascii="Aptos" w:hAnsi="Aptos"/>
                <w:sz w:val="40"/>
                <w:szCs w:val="40"/>
              </w:rPr>
              <w:t>‌</w:t>
            </w:r>
            <w:r w:rsidRPr="00F83A5F">
              <w:rPr>
                <w:rFonts w:ascii="Arial" w:hAnsi="Arial" w:cs="Arial"/>
                <w:sz w:val="40"/>
                <w:szCs w:val="40"/>
              </w:rPr>
              <w:t>تان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حمایت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خواهم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کرد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r w:rsidRPr="00F83A5F">
              <w:rPr>
                <w:rFonts w:ascii="Arial" w:hAnsi="Arial" w:cs="Arial"/>
                <w:sz w:val="40"/>
                <w:szCs w:val="40"/>
              </w:rPr>
              <w:t>و</w:t>
            </w:r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برای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موفقیت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شما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بلندپرواز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خواهم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 xml:space="preserve"> </w:t>
            </w:r>
            <w:proofErr w:type="spellStart"/>
            <w:r w:rsidRPr="00F83A5F">
              <w:rPr>
                <w:rFonts w:ascii="Arial" w:hAnsi="Arial" w:cs="Arial"/>
                <w:sz w:val="40"/>
                <w:szCs w:val="40"/>
              </w:rPr>
              <w:t>بود</w:t>
            </w:r>
            <w:proofErr w:type="spellEnd"/>
            <w:r w:rsidRPr="00F83A5F">
              <w:rPr>
                <w:rFonts w:ascii="Aptos" w:hAnsi="Aptos"/>
                <w:sz w:val="40"/>
                <w:szCs w:val="40"/>
              </w:rPr>
              <w:t>.</w:t>
            </w:r>
          </w:p>
        </w:tc>
      </w:tr>
    </w:tbl>
    <w:p w14:paraId="70CB6212" w14:textId="77777777" w:rsidR="00E24D90" w:rsidRDefault="00E24D90"/>
    <w:sectPr w:rsidR="00E24D9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2196987">
    <w:abstractNumId w:val="8"/>
  </w:num>
  <w:num w:numId="2" w16cid:durableId="983898623">
    <w:abstractNumId w:val="6"/>
  </w:num>
  <w:num w:numId="3" w16cid:durableId="1376268871">
    <w:abstractNumId w:val="5"/>
  </w:num>
  <w:num w:numId="4" w16cid:durableId="1899319910">
    <w:abstractNumId w:val="4"/>
  </w:num>
  <w:num w:numId="5" w16cid:durableId="1533376494">
    <w:abstractNumId w:val="7"/>
  </w:num>
  <w:num w:numId="6" w16cid:durableId="278415622">
    <w:abstractNumId w:val="3"/>
  </w:num>
  <w:num w:numId="7" w16cid:durableId="2033725553">
    <w:abstractNumId w:val="2"/>
  </w:num>
  <w:num w:numId="8" w16cid:durableId="627735899">
    <w:abstractNumId w:val="1"/>
  </w:num>
  <w:num w:numId="9" w16cid:durableId="54244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48E1"/>
    <w:rsid w:val="009351A8"/>
    <w:rsid w:val="00983915"/>
    <w:rsid w:val="00993903"/>
    <w:rsid w:val="00AA1D8D"/>
    <w:rsid w:val="00B47730"/>
    <w:rsid w:val="00CB0664"/>
    <w:rsid w:val="00E24D90"/>
    <w:rsid w:val="00E33C52"/>
    <w:rsid w:val="00F83A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A4CDDD"/>
  <w14:defaultImageDpi w14:val="300"/>
  <w15:docId w15:val="{8CC55B1D-148E-4500-8303-5AD65F33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8FFD8E-449F-46B0-A65D-7716BF6D7816}"/>
</file>

<file path=customXml/itemProps3.xml><?xml version="1.0" encoding="utf-8"?>
<ds:datastoreItem xmlns:ds="http://schemas.openxmlformats.org/officeDocument/2006/customXml" ds:itemID="{D3BCF8FB-6775-4A38-85F6-E489D2E890AE}"/>
</file>

<file path=customXml/itemProps4.xml><?xml version="1.0" encoding="utf-8"?>
<ds:datastoreItem xmlns:ds="http://schemas.openxmlformats.org/officeDocument/2006/customXml" ds:itemID="{968F8A4C-4B56-43A6-A796-D73EB6A641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RAVINDIRAN, Kalpana</dc:creator>
  <cp:keywords/>
  <dc:description>generated by python-docx</dc:description>
  <cp:lastModifiedBy>RAVINDIRAN, Kalpana</cp:lastModifiedBy>
  <cp:revision>5</cp:revision>
  <dcterms:created xsi:type="dcterms:W3CDTF">2026-07-17T08:06:00Z</dcterms:created>
  <dcterms:modified xsi:type="dcterms:W3CDTF">2026-07-17T08:48:00Z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</Properties>
</file>